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4A988" w14:textId="77777777" w:rsidR="0035242A" w:rsidRPr="00C93B25" w:rsidRDefault="005569A3">
      <w:pPr>
        <w:jc w:val="center"/>
        <w:rPr>
          <w:rFonts w:cs="Arial"/>
          <w:lang w:val="pl-PL"/>
        </w:rPr>
      </w:pPr>
      <w:r w:rsidRPr="00C93B25">
        <w:rPr>
          <w:rFonts w:cs="Arial"/>
          <w:b/>
          <w:lang w:val="pl-PL"/>
        </w:rPr>
        <w:t>REGULAMIN TURNIEJU PIŁKI SIATKOWEJ PLAŻOWEJ</w:t>
      </w:r>
    </w:p>
    <w:p w14:paraId="49A87FE0" w14:textId="77777777" w:rsidR="0035242A" w:rsidRPr="00C93B25" w:rsidRDefault="005569A3">
      <w:pPr>
        <w:jc w:val="center"/>
        <w:rPr>
          <w:rFonts w:cs="Arial"/>
          <w:lang w:val="pl-PL"/>
        </w:rPr>
      </w:pPr>
      <w:r w:rsidRPr="00C93B25">
        <w:rPr>
          <w:rFonts w:cs="Arial"/>
          <w:b/>
          <w:lang w:val="pl-PL"/>
        </w:rPr>
        <w:t>O PUCHAR BURMISTRZA MIASTA I GMINY LESKO</w:t>
      </w:r>
    </w:p>
    <w:p w14:paraId="603E9A6D" w14:textId="77777777" w:rsidR="0035242A" w:rsidRPr="00302DA3" w:rsidRDefault="005569A3" w:rsidP="0038742E">
      <w:pPr>
        <w:jc w:val="both"/>
        <w:rPr>
          <w:rFonts w:cs="Arial"/>
          <w:lang w:val="pl-PL"/>
        </w:rPr>
      </w:pPr>
      <w:r w:rsidRPr="00302DA3">
        <w:rPr>
          <w:rFonts w:cs="Arial"/>
          <w:b/>
          <w:lang w:val="pl-PL"/>
        </w:rPr>
        <w:t>Organizator:</w:t>
      </w:r>
    </w:p>
    <w:p w14:paraId="5CB73092" w14:textId="5B1600A2" w:rsidR="0035242A" w:rsidRPr="00C93B25" w:rsidRDefault="00B721F9" w:rsidP="009C0ACE">
      <w:pPr>
        <w:pStyle w:val="Listanumerowana"/>
        <w:numPr>
          <w:ilvl w:val="0"/>
          <w:numId w:val="0"/>
        </w:numPr>
        <w:ind w:left="360" w:hanging="360"/>
        <w:jc w:val="both"/>
        <w:rPr>
          <w:rFonts w:cs="Arial"/>
          <w:lang w:val="pl-PL"/>
        </w:rPr>
      </w:pPr>
      <w:r w:rsidRPr="00C93B25">
        <w:rPr>
          <w:rFonts w:cs="Arial"/>
          <w:lang w:val="pl-PL"/>
        </w:rPr>
        <w:t xml:space="preserve">Gmina Lesko </w:t>
      </w:r>
      <w:r w:rsidR="00E14E92" w:rsidRPr="00C93B25">
        <w:rPr>
          <w:rFonts w:cs="Arial"/>
          <w:lang w:val="pl-PL"/>
        </w:rPr>
        <w:t xml:space="preserve">reprezentowana przez </w:t>
      </w:r>
      <w:r w:rsidR="001A6B14" w:rsidRPr="00C93B25">
        <w:rPr>
          <w:rFonts w:cs="Arial"/>
          <w:lang w:val="pl-PL"/>
        </w:rPr>
        <w:t>Burmistrza Miasta i Gminy Lesko</w:t>
      </w:r>
    </w:p>
    <w:p w14:paraId="3A7D6AC8" w14:textId="77777777" w:rsidR="00C84F2E" w:rsidRPr="00CE5C29" w:rsidRDefault="00C84F2E" w:rsidP="00C84F2E">
      <w:pPr>
        <w:jc w:val="both"/>
        <w:rPr>
          <w:lang w:val="pl-PL"/>
        </w:rPr>
      </w:pPr>
      <w:r w:rsidRPr="00CE5C29">
        <w:rPr>
          <w:b/>
          <w:sz w:val="24"/>
          <w:lang w:val="pl-PL"/>
        </w:rPr>
        <w:t>Data i miejsce:</w:t>
      </w:r>
    </w:p>
    <w:p w14:paraId="78765850" w14:textId="77777777" w:rsidR="00C84F2E" w:rsidRPr="00CE5C29" w:rsidRDefault="00C84F2E" w:rsidP="00C84F2E">
      <w:pPr>
        <w:jc w:val="both"/>
        <w:rPr>
          <w:lang w:val="pl-PL"/>
        </w:rPr>
      </w:pPr>
      <w:r>
        <w:rPr>
          <w:lang w:val="pl-PL"/>
        </w:rPr>
        <w:t>19.09.2026</w:t>
      </w:r>
      <w:r w:rsidRPr="00CE5C29">
        <w:rPr>
          <w:lang w:val="pl-PL"/>
        </w:rPr>
        <w:t xml:space="preserve"> r, w godz. </w:t>
      </w:r>
      <w:r>
        <w:rPr>
          <w:lang w:val="pl-PL"/>
        </w:rPr>
        <w:t>10:00</w:t>
      </w:r>
    </w:p>
    <w:p w14:paraId="6F26F736" w14:textId="77777777" w:rsidR="00C84F2E" w:rsidRPr="00CE5C29" w:rsidRDefault="00C84F2E" w:rsidP="00C84F2E">
      <w:pPr>
        <w:jc w:val="both"/>
        <w:rPr>
          <w:lang w:val="pl-PL"/>
        </w:rPr>
      </w:pPr>
      <w:r w:rsidRPr="00CE5C29">
        <w:rPr>
          <w:lang w:val="pl-PL"/>
        </w:rPr>
        <w:t>Boisko do piłki siatkowej plażowej</w:t>
      </w:r>
      <w:r>
        <w:rPr>
          <w:lang w:val="pl-PL"/>
        </w:rPr>
        <w:t xml:space="preserve"> na Bulwarach</w:t>
      </w:r>
      <w:r w:rsidRPr="00CE5C29">
        <w:rPr>
          <w:lang w:val="pl-PL"/>
        </w:rPr>
        <w:t xml:space="preserve"> w Lesku</w:t>
      </w:r>
    </w:p>
    <w:p w14:paraId="44E6C016" w14:textId="77777777" w:rsidR="00C84F2E" w:rsidRPr="00364B3D" w:rsidRDefault="00C84F2E" w:rsidP="00C84F2E">
      <w:pPr>
        <w:jc w:val="both"/>
        <w:rPr>
          <w:lang w:val="pl-PL"/>
        </w:rPr>
      </w:pPr>
      <w:r w:rsidRPr="00364B3D">
        <w:rPr>
          <w:b/>
          <w:sz w:val="24"/>
          <w:lang w:val="pl-PL"/>
        </w:rPr>
        <w:t>Cel imprezy:</w:t>
      </w:r>
    </w:p>
    <w:p w14:paraId="6363F45E" w14:textId="77777777" w:rsidR="00C84F2E" w:rsidRDefault="00C84F2E" w:rsidP="00C84F2E">
      <w:pPr>
        <w:jc w:val="both"/>
        <w:rPr>
          <w:lang w:val="pl-PL"/>
        </w:rPr>
      </w:pPr>
      <w:r w:rsidRPr="00364B3D">
        <w:rPr>
          <w:lang w:val="pl-PL"/>
        </w:rPr>
        <w:t>Celem imprezy jest popularyzacja piłki siatkowej plażowej jako formy aktywnego spędzania czasu wolnego, promowanie zdrowego stylu życia oraz aktywności fizycznej, propagowanie idei wychowania przez sport, integracja mieszkańców oraz środowiska sportowego na Bulwarach w Lesku, a także stworzenie możliwości aktywnego i sportowego spędzenia czasu w gronie rodziny, przyjaciół i znajomych.</w:t>
      </w:r>
    </w:p>
    <w:p w14:paraId="0CA294F7" w14:textId="77777777" w:rsidR="00C84F2E" w:rsidRPr="00364B3D" w:rsidRDefault="00C84F2E" w:rsidP="00C84F2E">
      <w:pPr>
        <w:jc w:val="both"/>
        <w:rPr>
          <w:lang w:val="pl-PL"/>
        </w:rPr>
      </w:pPr>
      <w:r w:rsidRPr="00364B3D">
        <w:rPr>
          <w:b/>
          <w:sz w:val="24"/>
          <w:lang w:val="pl-PL"/>
        </w:rPr>
        <w:t>Uczestnictwo</w:t>
      </w:r>
    </w:p>
    <w:p w14:paraId="543980E6" w14:textId="77777777" w:rsidR="00C84F2E" w:rsidRDefault="00C84F2E" w:rsidP="00C84F2E">
      <w:pPr>
        <w:pStyle w:val="Listanumerowana"/>
        <w:jc w:val="both"/>
        <w:rPr>
          <w:lang w:val="pl-PL"/>
        </w:rPr>
      </w:pPr>
      <w:r w:rsidRPr="00CE5C29">
        <w:rPr>
          <w:lang w:val="pl-PL"/>
        </w:rPr>
        <w:t>Turniej rozgrywany jest w formule otwartej. Warunkiem uczestnictwa jest zgłoszenie drużyny do organizatora zawodów.</w:t>
      </w:r>
    </w:p>
    <w:p w14:paraId="3D12E819" w14:textId="77777777" w:rsidR="00C84F2E" w:rsidRPr="00C51BD2" w:rsidRDefault="00C84F2E" w:rsidP="00C84F2E">
      <w:pPr>
        <w:pStyle w:val="Listanumerowana"/>
        <w:jc w:val="both"/>
        <w:rPr>
          <w:lang w:val="pl-PL"/>
        </w:rPr>
      </w:pPr>
      <w:r w:rsidRPr="00C51BD2">
        <w:rPr>
          <w:lang w:val="pl-PL"/>
        </w:rPr>
        <w:t xml:space="preserve">W turnieju mogą wziąć udział zawodnicy, którzy najpóźniej w dniu turnieju ukończyli </w:t>
      </w:r>
      <w:r>
        <w:rPr>
          <w:lang w:val="pl-PL"/>
        </w:rPr>
        <w:t>16</w:t>
      </w:r>
      <w:r w:rsidRPr="00C51BD2">
        <w:rPr>
          <w:lang w:val="pl-PL"/>
        </w:rPr>
        <w:t xml:space="preserve"> rok życia. </w:t>
      </w:r>
    </w:p>
    <w:p w14:paraId="195EDA2E" w14:textId="77777777" w:rsidR="00C84F2E" w:rsidRPr="00C51BD2" w:rsidRDefault="00C84F2E" w:rsidP="00C84F2E">
      <w:pPr>
        <w:pStyle w:val="Listanumerowana"/>
        <w:rPr>
          <w:lang w:val="pl-PL"/>
        </w:rPr>
      </w:pPr>
      <w:r w:rsidRPr="00C51BD2">
        <w:rPr>
          <w:lang w:val="pl-PL"/>
        </w:rPr>
        <w:t>W turnieju udział bierze 6 drużyn. O zakwalifikowaniu drużyny do udziału w turnieju decyduje kolejność prawidłowych zgłoszeń.</w:t>
      </w:r>
    </w:p>
    <w:p w14:paraId="66E4DB0B" w14:textId="77777777" w:rsidR="00C84F2E" w:rsidRPr="00CE5C29" w:rsidRDefault="00C84F2E" w:rsidP="00C84F2E">
      <w:pPr>
        <w:pStyle w:val="Listanumerowana"/>
        <w:jc w:val="both"/>
        <w:rPr>
          <w:lang w:val="pl-PL"/>
        </w:rPr>
      </w:pPr>
      <w:r w:rsidRPr="00CE5C29">
        <w:rPr>
          <w:lang w:val="pl-PL"/>
        </w:rPr>
        <w:t>Drużyna składa się</w:t>
      </w:r>
      <w:r>
        <w:rPr>
          <w:lang w:val="pl-PL"/>
        </w:rPr>
        <w:t xml:space="preserve"> </w:t>
      </w:r>
      <w:r w:rsidRPr="00CE5C29">
        <w:rPr>
          <w:lang w:val="pl-PL"/>
        </w:rPr>
        <w:t>z 4 zawodników podstawowego składu oraz maksymalnie 2 zawodników rezerwowych.</w:t>
      </w:r>
    </w:p>
    <w:p w14:paraId="74B42802" w14:textId="77777777" w:rsidR="00C84F2E" w:rsidRPr="00CE5C29" w:rsidRDefault="00C84F2E" w:rsidP="00C84F2E">
      <w:pPr>
        <w:pStyle w:val="Listanumerowana"/>
        <w:jc w:val="both"/>
        <w:rPr>
          <w:lang w:val="pl-PL"/>
        </w:rPr>
      </w:pPr>
      <w:r w:rsidRPr="00CE5C29">
        <w:rPr>
          <w:lang w:val="pl-PL"/>
        </w:rPr>
        <w:t>Skład drużyny jest mieszany i musi zachowywać proporcję 50% kobiet i 50% mężczyzn.</w:t>
      </w:r>
    </w:p>
    <w:p w14:paraId="3E6FCDF6" w14:textId="77777777" w:rsidR="00C84F2E" w:rsidRPr="00CE5C29" w:rsidRDefault="00C84F2E" w:rsidP="00C84F2E">
      <w:pPr>
        <w:pStyle w:val="Listanumerowana"/>
        <w:jc w:val="both"/>
        <w:rPr>
          <w:lang w:val="pl-PL"/>
        </w:rPr>
      </w:pPr>
      <w:r w:rsidRPr="00CE5C29">
        <w:rPr>
          <w:lang w:val="pl-PL"/>
        </w:rPr>
        <w:t>Na boisku jednocześnie występują 2 kobiety i 2 mężczyzn.</w:t>
      </w:r>
    </w:p>
    <w:p w14:paraId="623D2C4F" w14:textId="77777777" w:rsidR="00C84F2E" w:rsidRPr="00CE5C29" w:rsidRDefault="00C84F2E" w:rsidP="00C84F2E">
      <w:pPr>
        <w:pStyle w:val="Listanumerowana"/>
        <w:jc w:val="both"/>
        <w:rPr>
          <w:lang w:val="pl-PL"/>
        </w:rPr>
      </w:pPr>
      <w:r w:rsidRPr="00CE5C29">
        <w:rPr>
          <w:lang w:val="pl-PL"/>
        </w:rPr>
        <w:t>Zawodnik rezerwowy może zostać wprowadzony do gry w miejsce zawodnika podstawowego, z zachowaniem wymaganej proporcji kobiet i mężczyzn.</w:t>
      </w:r>
    </w:p>
    <w:p w14:paraId="5FD9B9A6" w14:textId="77777777" w:rsidR="00C84F2E" w:rsidRPr="00CE5C29" w:rsidRDefault="00C84F2E" w:rsidP="00C84F2E">
      <w:pPr>
        <w:pStyle w:val="Listanumerowana"/>
        <w:jc w:val="both"/>
        <w:rPr>
          <w:lang w:val="pl-PL"/>
        </w:rPr>
      </w:pPr>
      <w:r w:rsidRPr="00CE5C29">
        <w:rPr>
          <w:lang w:val="pl-PL"/>
        </w:rPr>
        <w:t>Każdy zawodnik może być zgłoszony tylko do jednej drużyny.</w:t>
      </w:r>
    </w:p>
    <w:p w14:paraId="3EB4052C" w14:textId="77777777" w:rsidR="00C84F2E" w:rsidRDefault="00C84F2E" w:rsidP="00C84F2E">
      <w:pPr>
        <w:jc w:val="both"/>
      </w:pPr>
      <w:r>
        <w:rPr>
          <w:b/>
          <w:sz w:val="24"/>
        </w:rPr>
        <w:t>System rozgrywek</w:t>
      </w:r>
    </w:p>
    <w:p w14:paraId="1B374A18" w14:textId="77777777" w:rsidR="00C84F2E" w:rsidRPr="00CE5C29" w:rsidRDefault="00C84F2E" w:rsidP="00C84F2E">
      <w:pPr>
        <w:pStyle w:val="Listanumerowana"/>
        <w:jc w:val="both"/>
        <w:rPr>
          <w:lang w:val="pl-PL"/>
        </w:rPr>
      </w:pPr>
      <w:r w:rsidRPr="00CE5C29">
        <w:rPr>
          <w:lang w:val="pl-PL"/>
        </w:rPr>
        <w:t>Turniej zostanie rozegrany na boi</w:t>
      </w:r>
      <w:r>
        <w:rPr>
          <w:lang w:val="pl-PL"/>
        </w:rPr>
        <w:t xml:space="preserve">sku do piłki siatkowej plażowej, </w:t>
      </w:r>
      <w:r w:rsidRPr="00C51BD2">
        <w:rPr>
          <w:lang w:val="pl-PL"/>
        </w:rPr>
        <w:t>w formule 4x4.</w:t>
      </w:r>
    </w:p>
    <w:p w14:paraId="33223DC8" w14:textId="77777777" w:rsidR="00C84F2E" w:rsidRPr="00CE5C29" w:rsidRDefault="00C84F2E" w:rsidP="00C84F2E">
      <w:pPr>
        <w:pStyle w:val="Listanumerowana"/>
        <w:jc w:val="both"/>
        <w:rPr>
          <w:lang w:val="pl-PL"/>
        </w:rPr>
      </w:pPr>
      <w:r w:rsidRPr="00CE5C29">
        <w:rPr>
          <w:lang w:val="pl-PL"/>
        </w:rPr>
        <w:t>W turnieju bierze udział</w:t>
      </w:r>
      <w:r>
        <w:rPr>
          <w:lang w:val="pl-PL"/>
        </w:rPr>
        <w:t xml:space="preserve"> </w:t>
      </w:r>
      <w:r w:rsidRPr="00C51BD2">
        <w:rPr>
          <w:lang w:val="pl-PL"/>
        </w:rPr>
        <w:t>maksymalnie</w:t>
      </w:r>
      <w:r w:rsidRPr="00CE5C29">
        <w:rPr>
          <w:lang w:val="pl-PL"/>
        </w:rPr>
        <w:t xml:space="preserve"> 6 drużyn, które zostaną podzielone na dwie grupy po 3 drużyny.</w:t>
      </w:r>
    </w:p>
    <w:p w14:paraId="43A8EAF0" w14:textId="77777777" w:rsidR="00C84F2E" w:rsidRDefault="00C84F2E" w:rsidP="00C84F2E">
      <w:pPr>
        <w:pStyle w:val="Listanumerowana"/>
        <w:jc w:val="both"/>
      </w:pPr>
      <w:r w:rsidRPr="00CE5C29">
        <w:rPr>
          <w:lang w:val="pl-PL"/>
        </w:rPr>
        <w:t xml:space="preserve">Losowanie grup odbędzie się w dniu zawodów o godz. </w:t>
      </w:r>
      <w:r>
        <w:t>9:45.</w:t>
      </w:r>
    </w:p>
    <w:p w14:paraId="4249C564" w14:textId="77777777" w:rsidR="00C84F2E" w:rsidRPr="00CE5C29" w:rsidRDefault="00C84F2E" w:rsidP="00C84F2E">
      <w:pPr>
        <w:pStyle w:val="Listanumerowana"/>
        <w:jc w:val="both"/>
        <w:rPr>
          <w:lang w:val="pl-PL"/>
        </w:rPr>
      </w:pPr>
      <w:r w:rsidRPr="00CE5C29">
        <w:rPr>
          <w:lang w:val="pl-PL"/>
        </w:rPr>
        <w:t>Po przeprowadzeniu losowania zostanie ustalony szczegółowy harmonogram spotkań w poszczególnych grupach.</w:t>
      </w:r>
    </w:p>
    <w:p w14:paraId="23265CC1" w14:textId="77777777" w:rsidR="00C84F2E" w:rsidRPr="00CE5C29" w:rsidRDefault="00C84F2E" w:rsidP="00C84F2E">
      <w:pPr>
        <w:pStyle w:val="Listanumerowana"/>
        <w:jc w:val="both"/>
        <w:rPr>
          <w:lang w:val="pl-PL"/>
        </w:rPr>
      </w:pPr>
      <w:r w:rsidRPr="00CE5C29">
        <w:rPr>
          <w:lang w:val="pl-PL"/>
        </w:rPr>
        <w:t>Po zakończeniu fazy grupowej zostanie ustalona klasyfikacja drużyn w każdej grupie.</w:t>
      </w:r>
    </w:p>
    <w:p w14:paraId="11C12046" w14:textId="77777777" w:rsidR="00C84F2E" w:rsidRPr="00CE5C29" w:rsidRDefault="00C84F2E" w:rsidP="00C84F2E">
      <w:pPr>
        <w:pStyle w:val="Listanumerowana"/>
        <w:jc w:val="both"/>
        <w:rPr>
          <w:lang w:val="pl-PL"/>
        </w:rPr>
      </w:pPr>
      <w:r w:rsidRPr="00CE5C29">
        <w:rPr>
          <w:lang w:val="pl-PL"/>
        </w:rPr>
        <w:t>Do fazy półfinałowej awansują po dwie najlepsze drużyny z każdej grupy.</w:t>
      </w:r>
    </w:p>
    <w:p w14:paraId="38FFCDD6" w14:textId="77777777" w:rsidR="00C84F2E" w:rsidRPr="00CE5C29" w:rsidRDefault="00C84F2E" w:rsidP="00C84F2E">
      <w:pPr>
        <w:pStyle w:val="Listanumerowana"/>
        <w:jc w:val="both"/>
        <w:rPr>
          <w:lang w:val="pl-PL"/>
        </w:rPr>
      </w:pPr>
      <w:r w:rsidRPr="00364B3D">
        <w:rPr>
          <w:b/>
          <w:bCs/>
          <w:lang w:val="pl-PL"/>
        </w:rPr>
        <w:t>Półfinał I:</w:t>
      </w:r>
      <w:r w:rsidRPr="00CE5C29">
        <w:rPr>
          <w:lang w:val="pl-PL"/>
        </w:rPr>
        <w:t xml:space="preserve"> 1. drużyna z grupy A – 2. drużyna z grupy B.</w:t>
      </w:r>
    </w:p>
    <w:p w14:paraId="48884B41" w14:textId="77777777" w:rsidR="00C84F2E" w:rsidRPr="00CE5C29" w:rsidRDefault="00C84F2E" w:rsidP="00C84F2E">
      <w:pPr>
        <w:pStyle w:val="Listanumerowana"/>
        <w:jc w:val="both"/>
        <w:rPr>
          <w:lang w:val="pl-PL"/>
        </w:rPr>
      </w:pPr>
      <w:r w:rsidRPr="00364B3D">
        <w:rPr>
          <w:b/>
          <w:bCs/>
          <w:lang w:val="pl-PL"/>
        </w:rPr>
        <w:t>Półfinał II</w:t>
      </w:r>
      <w:r w:rsidRPr="00CE5C29">
        <w:rPr>
          <w:lang w:val="pl-PL"/>
        </w:rPr>
        <w:t>: 1. drużyna z grupy B – 2. drużyna z grupy A.</w:t>
      </w:r>
    </w:p>
    <w:p w14:paraId="2FBBE584" w14:textId="77777777" w:rsidR="00C84F2E" w:rsidRPr="00BA4ED8" w:rsidRDefault="00C84F2E" w:rsidP="00C84F2E">
      <w:pPr>
        <w:pStyle w:val="Listanumerowana"/>
        <w:rPr>
          <w:lang w:val="pl-PL"/>
        </w:rPr>
      </w:pPr>
      <w:r w:rsidRPr="00BA4ED8">
        <w:rPr>
          <w:lang w:val="pl-PL"/>
        </w:rPr>
        <w:t>Mecze fazy gru</w:t>
      </w:r>
      <w:r w:rsidRPr="00C51BD2">
        <w:rPr>
          <w:lang w:val="pl-PL"/>
        </w:rPr>
        <w:t>powej oraz mecze półfinałowe rozgrywane są jako jeden set do 15 punktów, wygrana drużyna musi posiadać 2 pkt przewagi.</w:t>
      </w:r>
    </w:p>
    <w:p w14:paraId="5660B7D1" w14:textId="77777777" w:rsidR="00C84F2E" w:rsidRPr="00BA4ED8" w:rsidRDefault="00C84F2E" w:rsidP="00C84F2E">
      <w:pPr>
        <w:pStyle w:val="Listanumerowana"/>
        <w:rPr>
          <w:lang w:val="pl-PL"/>
        </w:rPr>
      </w:pPr>
      <w:r w:rsidRPr="00BA4ED8">
        <w:rPr>
          <w:lang w:val="pl-PL"/>
        </w:rPr>
        <w:t xml:space="preserve">Mecz o 3. miejsce </w:t>
      </w:r>
      <w:r w:rsidRPr="00C51BD2">
        <w:rPr>
          <w:lang w:val="pl-PL"/>
        </w:rPr>
        <w:t>rozgrywany jest pomiędzy drużynami, które przegrały swoje mecze półfinałowe, jako jeden set do 21 punktów, wygrana drużyna musi posiadać 2 pkt przewagi.</w:t>
      </w:r>
    </w:p>
    <w:p w14:paraId="5778B5F9" w14:textId="77777777" w:rsidR="00C84F2E" w:rsidRPr="00CE5C29" w:rsidRDefault="00C84F2E" w:rsidP="00C84F2E">
      <w:pPr>
        <w:pStyle w:val="Listanumerowana"/>
        <w:jc w:val="both"/>
        <w:rPr>
          <w:lang w:val="pl-PL"/>
        </w:rPr>
      </w:pPr>
      <w:r w:rsidRPr="00CE5C29">
        <w:rPr>
          <w:lang w:val="pl-PL"/>
        </w:rPr>
        <w:t xml:space="preserve">Finał turnieju </w:t>
      </w:r>
      <w:r w:rsidRPr="00C51BD2">
        <w:rPr>
          <w:lang w:val="pl-PL"/>
        </w:rPr>
        <w:t>rozgrywany jest pomiędzy drużynami, które wygrały swoje mecze półfinałowe, jako jeden set do 21 punktów, wygrana drużyna musi posiadać 2 pkt przewagi.</w:t>
      </w:r>
    </w:p>
    <w:p w14:paraId="4CEA049F" w14:textId="77777777" w:rsidR="00C84F2E" w:rsidRPr="00CE5C29" w:rsidRDefault="00C84F2E" w:rsidP="00C84F2E">
      <w:pPr>
        <w:pStyle w:val="Listanumerowana"/>
        <w:jc w:val="both"/>
        <w:rPr>
          <w:lang w:val="pl-PL"/>
        </w:rPr>
      </w:pPr>
      <w:r w:rsidRPr="00CE5C29">
        <w:rPr>
          <w:lang w:val="pl-PL"/>
        </w:rPr>
        <w:lastRenderedPageBreak/>
        <w:t>Ostateczna klasyfikacja: 1. miejsce – zwycięzca finału; 2. miejsce – przegrany finału; 3. miejsce – zwycięzca meczu o 3. miejsce; 4. miejsce – przegrany meczu o 3. miejsce; 5. i 6. miejsce – drużyny, które nie awansowały do fazy półfinałowej, zgodnie z klasyfikacją uzyskaną w fazie grupowej.</w:t>
      </w:r>
    </w:p>
    <w:p w14:paraId="48C02892" w14:textId="77777777" w:rsidR="00C84F2E" w:rsidRPr="00CE5C29" w:rsidRDefault="00C84F2E" w:rsidP="00C84F2E">
      <w:pPr>
        <w:pStyle w:val="Listanumerowana"/>
        <w:jc w:val="both"/>
        <w:rPr>
          <w:lang w:val="pl-PL"/>
        </w:rPr>
      </w:pPr>
      <w:r w:rsidRPr="00CE5C29">
        <w:rPr>
          <w:lang w:val="pl-PL"/>
        </w:rPr>
        <w:t>W przypadku zgłoszenia innej liczby drużyn niż planowana organizator zastrzega sobie prawo do zmiany systemu rozgrywania turnieju.</w:t>
      </w:r>
    </w:p>
    <w:p w14:paraId="0EE13698" w14:textId="77777777" w:rsidR="00C84F2E" w:rsidRPr="00CE5C29" w:rsidRDefault="00C84F2E" w:rsidP="00C84F2E">
      <w:pPr>
        <w:pStyle w:val="Listanumerowana"/>
        <w:jc w:val="both"/>
        <w:rPr>
          <w:lang w:val="pl-PL"/>
        </w:rPr>
      </w:pPr>
      <w:r w:rsidRPr="00CE5C29">
        <w:rPr>
          <w:lang w:val="pl-PL"/>
        </w:rPr>
        <w:t xml:space="preserve">W sprawach nieuregulowanych niniejszym regulaminem </w:t>
      </w:r>
      <w:r w:rsidRPr="00C51BD2">
        <w:rPr>
          <w:lang w:val="pl-PL"/>
        </w:rPr>
        <w:t xml:space="preserve">obowiązują odpowiednio </w:t>
      </w:r>
      <w:r w:rsidRPr="00CE5C29">
        <w:rPr>
          <w:lang w:val="pl-PL"/>
        </w:rPr>
        <w:t>przepisy PZPS, z uwzględnieniem specyfiki niniejszego turnieju.</w:t>
      </w:r>
    </w:p>
    <w:p w14:paraId="70F8189E" w14:textId="77777777" w:rsidR="00C84F2E" w:rsidRDefault="00C84F2E" w:rsidP="00C84F2E">
      <w:pPr>
        <w:jc w:val="both"/>
      </w:pPr>
      <w:r>
        <w:rPr>
          <w:b/>
          <w:sz w:val="24"/>
        </w:rPr>
        <w:t>Punktacja</w:t>
      </w:r>
    </w:p>
    <w:p w14:paraId="78D55676" w14:textId="77777777" w:rsidR="00C84F2E" w:rsidRPr="00CE5C29" w:rsidRDefault="00C84F2E" w:rsidP="00C84F2E">
      <w:pPr>
        <w:pStyle w:val="Listanumerowana"/>
        <w:jc w:val="both"/>
        <w:rPr>
          <w:lang w:val="pl-PL"/>
        </w:rPr>
      </w:pPr>
      <w:r w:rsidRPr="00CE5C29">
        <w:rPr>
          <w:lang w:val="pl-PL"/>
        </w:rPr>
        <w:t>Za zwycięstwo w meczu drużyna otrzymuje 1 punkt, a za porażkę 0 punktów.</w:t>
      </w:r>
    </w:p>
    <w:p w14:paraId="2B62F0D1" w14:textId="77777777" w:rsidR="00C84F2E" w:rsidRPr="00CE5C29" w:rsidRDefault="00C84F2E" w:rsidP="00C84F2E">
      <w:pPr>
        <w:pStyle w:val="Listanumerowana"/>
        <w:jc w:val="both"/>
        <w:rPr>
          <w:lang w:val="pl-PL"/>
        </w:rPr>
      </w:pPr>
      <w:r w:rsidRPr="00CE5C29">
        <w:rPr>
          <w:lang w:val="pl-PL"/>
        </w:rPr>
        <w:t>O miejscu drużyny w tabeli grupowej decyduje kolejno: liczba zdobytych punktów, wynik bezpośredniego spotkania, lepszy bilans małych punktów, większa liczba zdobytych małych punktów.</w:t>
      </w:r>
    </w:p>
    <w:p w14:paraId="0DBD56D3" w14:textId="77777777" w:rsidR="00C84F2E" w:rsidRPr="00CE5C29" w:rsidRDefault="00C84F2E" w:rsidP="00C84F2E">
      <w:pPr>
        <w:pStyle w:val="Listanumerowana"/>
        <w:jc w:val="both"/>
        <w:rPr>
          <w:lang w:val="pl-PL"/>
        </w:rPr>
      </w:pPr>
      <w:r w:rsidRPr="00CE5C29">
        <w:rPr>
          <w:lang w:val="pl-PL"/>
        </w:rPr>
        <w:t>W przypadku gdy powyższe kryteria nie pozwolą na ustalenie kolejności drużyn, ostateczną decyzję podejmuje organizator.</w:t>
      </w:r>
    </w:p>
    <w:p w14:paraId="33B88869" w14:textId="77777777" w:rsidR="00C84F2E" w:rsidRDefault="00C84F2E" w:rsidP="00C84F2E">
      <w:pPr>
        <w:jc w:val="both"/>
      </w:pPr>
      <w:r>
        <w:rPr>
          <w:b/>
          <w:sz w:val="24"/>
        </w:rPr>
        <w:t>Nagrody</w:t>
      </w:r>
    </w:p>
    <w:p w14:paraId="495600FB" w14:textId="77777777" w:rsidR="00C84F2E" w:rsidRPr="00CE5C29" w:rsidRDefault="00C84F2E" w:rsidP="00C84F2E">
      <w:pPr>
        <w:pStyle w:val="Listanumerowana"/>
        <w:jc w:val="both"/>
        <w:rPr>
          <w:lang w:val="pl-PL"/>
        </w:rPr>
      </w:pPr>
      <w:r w:rsidRPr="00CE5C29">
        <w:rPr>
          <w:lang w:val="pl-PL"/>
        </w:rPr>
        <w:t>Trzy najlepsze drużyny turnieju otrzymują pamiątkowe puchary</w:t>
      </w:r>
      <w:r>
        <w:rPr>
          <w:lang w:val="pl-PL"/>
        </w:rPr>
        <w:t xml:space="preserve">, reszta </w:t>
      </w:r>
      <w:r w:rsidRPr="00CE5C29">
        <w:rPr>
          <w:lang w:val="pl-PL"/>
        </w:rPr>
        <w:t>dyplomy.</w:t>
      </w:r>
    </w:p>
    <w:p w14:paraId="0370790D" w14:textId="77777777" w:rsidR="00C84F2E" w:rsidRPr="00CE5C29" w:rsidRDefault="00C84F2E" w:rsidP="00C84F2E">
      <w:pPr>
        <w:pStyle w:val="Listanumerowana"/>
        <w:jc w:val="both"/>
        <w:rPr>
          <w:lang w:val="pl-PL"/>
        </w:rPr>
      </w:pPr>
      <w:r w:rsidRPr="00CE5C29">
        <w:rPr>
          <w:lang w:val="pl-PL"/>
        </w:rPr>
        <w:t>Organizator może przewidzieć dodatkowe nagrody lub wyróżnienia indywidualne.</w:t>
      </w:r>
    </w:p>
    <w:p w14:paraId="4B2E6690" w14:textId="77777777" w:rsidR="0035242A" w:rsidRPr="00C93B25" w:rsidRDefault="005569A3" w:rsidP="0038742E">
      <w:pPr>
        <w:jc w:val="both"/>
        <w:rPr>
          <w:rFonts w:cs="Arial"/>
          <w:lang w:val="pl-PL"/>
        </w:rPr>
      </w:pPr>
      <w:r w:rsidRPr="00C93B25">
        <w:rPr>
          <w:rFonts w:cs="Arial"/>
          <w:b/>
          <w:lang w:val="pl-PL"/>
        </w:rPr>
        <w:t>Harmonogram turnieju</w:t>
      </w:r>
    </w:p>
    <w:p w14:paraId="4E21879D" w14:textId="0D6B89B1" w:rsidR="0035242A" w:rsidRPr="00C93B25" w:rsidRDefault="00364B3D" w:rsidP="0038742E">
      <w:pPr>
        <w:jc w:val="both"/>
        <w:rPr>
          <w:rFonts w:cs="Arial"/>
          <w:lang w:val="pl-PL"/>
        </w:rPr>
      </w:pPr>
      <w:r w:rsidRPr="00C93B25">
        <w:rPr>
          <w:rFonts w:cs="Arial"/>
          <w:lang w:val="pl-PL"/>
        </w:rPr>
        <w:t>19.09.2026 r.</w:t>
      </w:r>
    </w:p>
    <w:p w14:paraId="775C820D" w14:textId="77777777" w:rsidR="0035242A" w:rsidRPr="00C93B25" w:rsidRDefault="005569A3" w:rsidP="0038742E">
      <w:pPr>
        <w:jc w:val="both"/>
        <w:rPr>
          <w:rFonts w:cs="Arial"/>
          <w:lang w:val="pl-PL"/>
        </w:rPr>
      </w:pPr>
      <w:r w:rsidRPr="00C93B25">
        <w:rPr>
          <w:rFonts w:cs="Arial"/>
          <w:lang w:val="pl-PL"/>
        </w:rPr>
        <w:t>godz. 9:45 – losowanie grup,</w:t>
      </w:r>
    </w:p>
    <w:p w14:paraId="32F61BC4" w14:textId="7EDCE8B8" w:rsidR="0035242A" w:rsidRPr="00C93B25" w:rsidRDefault="005569A3" w:rsidP="0038742E">
      <w:pPr>
        <w:jc w:val="both"/>
        <w:rPr>
          <w:rFonts w:cs="Arial"/>
          <w:lang w:val="pl-PL"/>
        </w:rPr>
      </w:pPr>
      <w:r w:rsidRPr="00C93B25">
        <w:rPr>
          <w:rFonts w:cs="Arial"/>
          <w:lang w:val="pl-PL"/>
        </w:rPr>
        <w:t xml:space="preserve">godz. </w:t>
      </w:r>
      <w:r w:rsidR="005153D8">
        <w:rPr>
          <w:rFonts w:cs="Arial"/>
          <w:lang w:val="pl-PL"/>
        </w:rPr>
        <w:t>10:00</w:t>
      </w:r>
      <w:r w:rsidRPr="00C93B25">
        <w:rPr>
          <w:rFonts w:cs="Arial"/>
          <w:lang w:val="pl-PL"/>
        </w:rPr>
        <w:t xml:space="preserve"> – oficjalne rozpoczęcie turnieju,</w:t>
      </w:r>
    </w:p>
    <w:p w14:paraId="26940F89" w14:textId="067201FD" w:rsidR="0035242A" w:rsidRPr="00C93B25" w:rsidRDefault="005569A3" w:rsidP="0038742E">
      <w:pPr>
        <w:jc w:val="both"/>
        <w:rPr>
          <w:rFonts w:cs="Arial"/>
          <w:lang w:val="pl-PL"/>
        </w:rPr>
      </w:pPr>
      <w:r w:rsidRPr="00C93B25">
        <w:rPr>
          <w:rFonts w:cs="Arial"/>
          <w:lang w:val="pl-PL"/>
        </w:rPr>
        <w:t xml:space="preserve">godz. </w:t>
      </w:r>
      <w:r w:rsidR="005153D8">
        <w:rPr>
          <w:rFonts w:cs="Arial"/>
          <w:lang w:val="pl-PL"/>
        </w:rPr>
        <w:t>10:15</w:t>
      </w:r>
      <w:r w:rsidRPr="00C93B25">
        <w:rPr>
          <w:rFonts w:cs="Arial"/>
          <w:lang w:val="pl-PL"/>
        </w:rPr>
        <w:t xml:space="preserve"> – rozpoczęcie rozgrywek grupowych,</w:t>
      </w:r>
    </w:p>
    <w:p w14:paraId="34B55994" w14:textId="4F18BB43" w:rsidR="0035242A" w:rsidRPr="00C93B25" w:rsidRDefault="005569A3" w:rsidP="0038742E">
      <w:pPr>
        <w:jc w:val="both"/>
        <w:rPr>
          <w:rFonts w:cs="Arial"/>
          <w:lang w:val="pl-PL"/>
        </w:rPr>
      </w:pPr>
      <w:r w:rsidRPr="00C93B25">
        <w:rPr>
          <w:rFonts w:cs="Arial"/>
          <w:lang w:val="pl-PL"/>
        </w:rPr>
        <w:t xml:space="preserve">godz. </w:t>
      </w:r>
      <w:r w:rsidR="00302DA3">
        <w:rPr>
          <w:rFonts w:cs="Arial"/>
          <w:lang w:val="pl-PL"/>
        </w:rPr>
        <w:t>12:15</w:t>
      </w:r>
      <w:r w:rsidRPr="00C93B25">
        <w:rPr>
          <w:rFonts w:cs="Arial"/>
          <w:lang w:val="pl-PL"/>
        </w:rPr>
        <w:t>– mecz o 3. miejsce,</w:t>
      </w:r>
    </w:p>
    <w:p w14:paraId="2C3A5018" w14:textId="7ED89955" w:rsidR="0035242A" w:rsidRPr="00C93B25" w:rsidRDefault="005569A3" w:rsidP="0038742E">
      <w:pPr>
        <w:jc w:val="both"/>
        <w:rPr>
          <w:rFonts w:cs="Arial"/>
          <w:lang w:val="pl-PL"/>
        </w:rPr>
      </w:pPr>
      <w:r w:rsidRPr="00C93B25">
        <w:rPr>
          <w:rFonts w:cs="Arial"/>
          <w:lang w:val="pl-PL"/>
        </w:rPr>
        <w:t xml:space="preserve">godz. </w:t>
      </w:r>
      <w:r w:rsidR="00302DA3">
        <w:rPr>
          <w:rFonts w:cs="Arial"/>
          <w:lang w:val="pl-PL"/>
        </w:rPr>
        <w:t>12:35</w:t>
      </w:r>
      <w:r w:rsidRPr="00C93B25">
        <w:rPr>
          <w:rFonts w:cs="Arial"/>
          <w:lang w:val="pl-PL"/>
        </w:rPr>
        <w:t xml:space="preserve"> – finał,</w:t>
      </w:r>
    </w:p>
    <w:p w14:paraId="541F6D94" w14:textId="1DA28072" w:rsidR="0035242A" w:rsidRPr="00C93B25" w:rsidRDefault="005569A3" w:rsidP="0038742E">
      <w:pPr>
        <w:jc w:val="both"/>
        <w:rPr>
          <w:rFonts w:cs="Arial"/>
          <w:lang w:val="pl-PL"/>
        </w:rPr>
      </w:pPr>
      <w:r w:rsidRPr="00C93B25">
        <w:rPr>
          <w:rFonts w:cs="Arial"/>
          <w:lang w:val="pl-PL"/>
        </w:rPr>
        <w:t xml:space="preserve">godz. </w:t>
      </w:r>
      <w:r w:rsidR="00302DA3">
        <w:rPr>
          <w:rFonts w:cs="Arial"/>
          <w:lang w:val="pl-PL"/>
        </w:rPr>
        <w:t>13:00</w:t>
      </w:r>
      <w:r w:rsidRPr="00C93B25">
        <w:rPr>
          <w:rFonts w:cs="Arial"/>
          <w:lang w:val="pl-PL"/>
        </w:rPr>
        <w:t xml:space="preserve"> – uroczyste podsumowanie turnieju i wręczenie nagród.</w:t>
      </w:r>
    </w:p>
    <w:p w14:paraId="611D0887" w14:textId="77777777" w:rsidR="00C84F2E" w:rsidRPr="00CE5C29" w:rsidRDefault="00C84F2E" w:rsidP="00C84F2E">
      <w:pPr>
        <w:jc w:val="both"/>
        <w:rPr>
          <w:lang w:val="pl-PL"/>
        </w:rPr>
      </w:pPr>
      <w:r w:rsidRPr="00CE5C29">
        <w:rPr>
          <w:lang w:val="pl-PL"/>
        </w:rPr>
        <w:t>Podane godziny mogą ulec zmianie w zależności od przebiegu rozgrywek.</w:t>
      </w:r>
    </w:p>
    <w:p w14:paraId="31DD0187" w14:textId="77777777" w:rsidR="00C84F2E" w:rsidRDefault="00C84F2E" w:rsidP="00C84F2E">
      <w:pPr>
        <w:jc w:val="both"/>
      </w:pPr>
      <w:r>
        <w:rPr>
          <w:b/>
          <w:sz w:val="24"/>
        </w:rPr>
        <w:t>Sprawy organizacyjne</w:t>
      </w:r>
    </w:p>
    <w:p w14:paraId="069073C2" w14:textId="77777777" w:rsidR="00C84F2E" w:rsidRPr="00CE5C29" w:rsidRDefault="00C84F2E" w:rsidP="00C84F2E">
      <w:pPr>
        <w:pStyle w:val="Listanumerowana"/>
        <w:jc w:val="both"/>
        <w:rPr>
          <w:lang w:val="pl-PL"/>
        </w:rPr>
      </w:pPr>
      <w:r w:rsidRPr="00CE5C29">
        <w:rPr>
          <w:lang w:val="pl-PL"/>
        </w:rPr>
        <w:t>Organizator zabezpiecza obsługę sędziowską podczas trwania zawodów.</w:t>
      </w:r>
    </w:p>
    <w:p w14:paraId="6EB5998A" w14:textId="77777777" w:rsidR="00C84F2E" w:rsidRPr="00CE5C29" w:rsidRDefault="00C84F2E" w:rsidP="00C84F2E">
      <w:pPr>
        <w:pStyle w:val="Listanumerowana"/>
        <w:jc w:val="both"/>
        <w:rPr>
          <w:lang w:val="pl-PL"/>
        </w:rPr>
      </w:pPr>
      <w:r w:rsidRPr="00CE5C29">
        <w:rPr>
          <w:lang w:val="pl-PL"/>
        </w:rPr>
        <w:t>Organizator zapewnia opiekę medyczną podczas trwania zawodów.</w:t>
      </w:r>
    </w:p>
    <w:p w14:paraId="47D02896" w14:textId="77777777" w:rsidR="00C84F2E" w:rsidRPr="00CE5C29" w:rsidRDefault="00C84F2E" w:rsidP="00C84F2E">
      <w:pPr>
        <w:pStyle w:val="Listanumerowana"/>
        <w:jc w:val="both"/>
        <w:rPr>
          <w:lang w:val="pl-PL"/>
        </w:rPr>
      </w:pPr>
      <w:r w:rsidRPr="00CE5C29">
        <w:rPr>
          <w:lang w:val="pl-PL"/>
        </w:rPr>
        <w:t>Wszystkich zawodników obowiązuje posiadanie dokumentu potwierdzającego tożsamość.</w:t>
      </w:r>
    </w:p>
    <w:p w14:paraId="17B1DA3C" w14:textId="77777777" w:rsidR="00C84F2E" w:rsidRPr="00CE5C29" w:rsidRDefault="00C84F2E" w:rsidP="00C84F2E">
      <w:pPr>
        <w:pStyle w:val="Listanumerowana"/>
        <w:jc w:val="both"/>
        <w:rPr>
          <w:lang w:val="pl-PL"/>
        </w:rPr>
      </w:pPr>
      <w:r w:rsidRPr="00CE5C29">
        <w:rPr>
          <w:lang w:val="pl-PL"/>
        </w:rPr>
        <w:t>Przed przystąpieniem do zawodów zespoły zobowiązane są do dostarczenia organizatorowi wykazu zawodników oraz wymaganych zgód i oświadczeń, według wzorów stanowiących załączniki do niniejszego regulaminu</w:t>
      </w:r>
      <w:r>
        <w:rPr>
          <w:lang w:val="pl-PL"/>
        </w:rPr>
        <w:t xml:space="preserve"> maksymalnie pół godziny przed rozpoczęciem turnieju</w:t>
      </w:r>
      <w:r w:rsidRPr="00CE5C29">
        <w:rPr>
          <w:lang w:val="pl-PL"/>
        </w:rPr>
        <w:t>.</w:t>
      </w:r>
    </w:p>
    <w:p w14:paraId="1D0DFE2D" w14:textId="77777777" w:rsidR="00C84F2E" w:rsidRPr="00CE5C29" w:rsidRDefault="00C84F2E" w:rsidP="00C84F2E">
      <w:pPr>
        <w:pStyle w:val="Listanumerowana"/>
        <w:jc w:val="both"/>
        <w:rPr>
          <w:lang w:val="pl-PL"/>
        </w:rPr>
      </w:pPr>
      <w:r w:rsidRPr="00CE5C29">
        <w:rPr>
          <w:lang w:val="pl-PL"/>
        </w:rPr>
        <w:t>Zawodnicy niepełnoletni zobowiązani są do przedstawienia zgody rodziców lub opiekunów prawnych na udział w turnieju.</w:t>
      </w:r>
    </w:p>
    <w:p w14:paraId="3CDCB7AD" w14:textId="77777777" w:rsidR="00C84F2E" w:rsidRPr="00CE5C29" w:rsidRDefault="00C84F2E" w:rsidP="00C84F2E">
      <w:pPr>
        <w:pStyle w:val="Listanumerowana"/>
        <w:jc w:val="both"/>
        <w:rPr>
          <w:lang w:val="pl-PL"/>
        </w:rPr>
      </w:pPr>
      <w:r w:rsidRPr="00CE5C29">
        <w:rPr>
          <w:lang w:val="pl-PL"/>
        </w:rPr>
        <w:t>Uczestnicy biorą udział w zawodach na własną odpowiedzialność.</w:t>
      </w:r>
    </w:p>
    <w:p w14:paraId="7A7F2B94" w14:textId="77777777" w:rsidR="00C84F2E" w:rsidRPr="00CE5C29" w:rsidRDefault="00C84F2E" w:rsidP="00C84F2E">
      <w:pPr>
        <w:pStyle w:val="Listanumerowana"/>
        <w:jc w:val="both"/>
        <w:rPr>
          <w:lang w:val="pl-PL"/>
        </w:rPr>
      </w:pPr>
      <w:r w:rsidRPr="00CE5C29">
        <w:rPr>
          <w:lang w:val="pl-PL"/>
        </w:rPr>
        <w:t>Organizator nie ponosi odpowiedzialności za szkody lub wypadki losowe poniesione przez uczestników turnieju, z zastrzeżeniem odpowiedzialności wynikającej z obowiązujących przepisów prawa.</w:t>
      </w:r>
    </w:p>
    <w:p w14:paraId="7BB7D4C2" w14:textId="77777777" w:rsidR="00C84F2E" w:rsidRPr="00CE5C29" w:rsidRDefault="00C84F2E" w:rsidP="00C84F2E">
      <w:pPr>
        <w:pStyle w:val="Listanumerowana"/>
        <w:jc w:val="both"/>
        <w:rPr>
          <w:lang w:val="pl-PL"/>
        </w:rPr>
      </w:pPr>
      <w:r w:rsidRPr="00CE5C29">
        <w:rPr>
          <w:lang w:val="pl-PL"/>
        </w:rPr>
        <w:t>Organizator nie ponosi odpowiedzialności za rzeczy wartościowe pozostawione przez uczestników na terenie obiektu.</w:t>
      </w:r>
    </w:p>
    <w:p w14:paraId="566A0A64" w14:textId="77777777" w:rsidR="00C84F2E" w:rsidRPr="00CE5C29" w:rsidRDefault="00C84F2E" w:rsidP="00C84F2E">
      <w:pPr>
        <w:pStyle w:val="Listanumerowana"/>
        <w:jc w:val="both"/>
        <w:rPr>
          <w:lang w:val="pl-PL"/>
        </w:rPr>
      </w:pPr>
      <w:r w:rsidRPr="00CE5C29">
        <w:rPr>
          <w:lang w:val="pl-PL"/>
        </w:rPr>
        <w:lastRenderedPageBreak/>
        <w:t>Uczestnicy zobowiązani są do przestrzegania zasad bezpieczeństwa oraz stosowania się do poleceń organizatora i sędziów.</w:t>
      </w:r>
    </w:p>
    <w:p w14:paraId="3D1D782B" w14:textId="77777777" w:rsidR="00C84F2E" w:rsidRPr="00CE5C29" w:rsidRDefault="00C84F2E" w:rsidP="00C84F2E">
      <w:pPr>
        <w:pStyle w:val="Listanumerowana"/>
        <w:jc w:val="both"/>
        <w:rPr>
          <w:lang w:val="pl-PL"/>
        </w:rPr>
      </w:pPr>
      <w:r w:rsidRPr="00CE5C29">
        <w:rPr>
          <w:lang w:val="pl-PL"/>
        </w:rPr>
        <w:t>Organizator zastrzega sobie możliwość wprowadzenia zmian w regulaminie przed rozpoczęciem turnieju.</w:t>
      </w:r>
    </w:p>
    <w:p w14:paraId="2E97DB4B" w14:textId="77777777" w:rsidR="00C84F2E" w:rsidRPr="00CE5C29" w:rsidRDefault="00C84F2E" w:rsidP="00C84F2E">
      <w:pPr>
        <w:pStyle w:val="Listanumerowana"/>
        <w:jc w:val="both"/>
        <w:rPr>
          <w:lang w:val="pl-PL"/>
        </w:rPr>
      </w:pPr>
      <w:r w:rsidRPr="00CE5C29">
        <w:rPr>
          <w:lang w:val="pl-PL"/>
        </w:rPr>
        <w:t>Decyzje w sprawach spornych, nieujętych w niniejszym regulaminie, podejmuje organizator.</w:t>
      </w:r>
    </w:p>
    <w:p w14:paraId="12C4A5A3" w14:textId="77777777" w:rsidR="00C84F2E" w:rsidRDefault="00C84F2E" w:rsidP="00C84F2E">
      <w:pPr>
        <w:pStyle w:val="Listanumerowana"/>
        <w:jc w:val="both"/>
        <w:rPr>
          <w:lang w:val="pl-PL"/>
        </w:rPr>
      </w:pPr>
      <w:r w:rsidRPr="00CE5C29">
        <w:rPr>
          <w:lang w:val="pl-PL"/>
        </w:rPr>
        <w:t>Każdy pełnoletni uczestnik zawodów, a w przypadku uczestnika niepełnoletniego jego rodzice lub opiekunowie prawni, zobowiązany jest do zapoznania się z klauzulą informacyjną dotyczącą przetwarzania danych osobowych, stanowiącą załącznik do niniejszego regulaminu.</w:t>
      </w:r>
    </w:p>
    <w:p w14:paraId="28CF9A03" w14:textId="77777777" w:rsidR="0038742E" w:rsidRPr="00C93B25" w:rsidRDefault="0038742E" w:rsidP="0038742E">
      <w:pPr>
        <w:pStyle w:val="Listanumerowana"/>
        <w:numPr>
          <w:ilvl w:val="0"/>
          <w:numId w:val="0"/>
        </w:numPr>
        <w:ind w:left="360" w:hanging="360"/>
        <w:jc w:val="both"/>
        <w:rPr>
          <w:rFonts w:cs="Arial"/>
          <w:lang w:val="pl-PL"/>
        </w:rPr>
      </w:pPr>
    </w:p>
    <w:p w14:paraId="19111AE9" w14:textId="77777777" w:rsidR="0038742E" w:rsidRPr="00C93B25" w:rsidRDefault="0038742E" w:rsidP="0038742E">
      <w:pPr>
        <w:pStyle w:val="Listanumerowana"/>
        <w:numPr>
          <w:ilvl w:val="0"/>
          <w:numId w:val="0"/>
        </w:numPr>
        <w:ind w:left="360" w:hanging="360"/>
        <w:jc w:val="both"/>
        <w:rPr>
          <w:rFonts w:cs="Arial"/>
          <w:lang w:val="pl-PL"/>
        </w:rPr>
      </w:pPr>
    </w:p>
    <w:p w14:paraId="4248DD3C" w14:textId="77777777" w:rsidR="0038742E" w:rsidRPr="00C93B25" w:rsidRDefault="0038742E" w:rsidP="0038742E">
      <w:pPr>
        <w:pStyle w:val="Listanumerowana"/>
        <w:numPr>
          <w:ilvl w:val="0"/>
          <w:numId w:val="0"/>
        </w:numPr>
        <w:ind w:left="360" w:hanging="360"/>
        <w:jc w:val="both"/>
        <w:rPr>
          <w:rFonts w:cs="Arial"/>
          <w:lang w:val="pl-PL"/>
        </w:rPr>
      </w:pPr>
    </w:p>
    <w:p w14:paraId="68F84369" w14:textId="77777777" w:rsidR="0038742E" w:rsidRPr="00C93B25" w:rsidRDefault="0038742E" w:rsidP="0038742E">
      <w:pPr>
        <w:pStyle w:val="Listanumerowana"/>
        <w:numPr>
          <w:ilvl w:val="0"/>
          <w:numId w:val="0"/>
        </w:numPr>
        <w:ind w:left="360" w:hanging="360"/>
        <w:jc w:val="both"/>
        <w:rPr>
          <w:rFonts w:cs="Arial"/>
          <w:lang w:val="pl-PL"/>
        </w:rPr>
      </w:pPr>
    </w:p>
    <w:p w14:paraId="68634E12" w14:textId="77777777" w:rsidR="0038742E" w:rsidRPr="00C93B25" w:rsidRDefault="0038742E" w:rsidP="0038742E">
      <w:pPr>
        <w:pStyle w:val="Listanumerowana"/>
        <w:numPr>
          <w:ilvl w:val="0"/>
          <w:numId w:val="0"/>
        </w:numPr>
        <w:ind w:left="360" w:hanging="360"/>
        <w:jc w:val="both"/>
        <w:rPr>
          <w:rFonts w:cs="Arial"/>
          <w:lang w:val="pl-PL"/>
        </w:rPr>
      </w:pPr>
    </w:p>
    <w:p w14:paraId="3B3C2531" w14:textId="77777777" w:rsidR="0038742E" w:rsidRPr="00C93B25" w:rsidRDefault="0038742E" w:rsidP="0038742E">
      <w:pPr>
        <w:pStyle w:val="Listanumerowana"/>
        <w:numPr>
          <w:ilvl w:val="0"/>
          <w:numId w:val="0"/>
        </w:numPr>
        <w:ind w:left="360" w:hanging="360"/>
        <w:jc w:val="both"/>
        <w:rPr>
          <w:rFonts w:cs="Arial"/>
          <w:lang w:val="pl-PL"/>
        </w:rPr>
      </w:pPr>
    </w:p>
    <w:p w14:paraId="6171158C" w14:textId="77777777" w:rsidR="0035242A" w:rsidRPr="00C93B25" w:rsidRDefault="005569A3" w:rsidP="0038742E">
      <w:pPr>
        <w:jc w:val="both"/>
        <w:rPr>
          <w:rFonts w:cs="Arial"/>
          <w:lang w:val="pl-PL"/>
        </w:rPr>
      </w:pPr>
      <w:r w:rsidRPr="00C93B25">
        <w:rPr>
          <w:rFonts w:cs="Arial"/>
          <w:b/>
          <w:lang w:val="pl-PL"/>
        </w:rPr>
        <w:t>Załączniki:</w:t>
      </w:r>
    </w:p>
    <w:p w14:paraId="4A54959E" w14:textId="77777777" w:rsidR="0035242A" w:rsidRPr="00C93B25" w:rsidRDefault="005569A3" w:rsidP="0038742E">
      <w:pPr>
        <w:jc w:val="both"/>
        <w:rPr>
          <w:rFonts w:cs="Arial"/>
          <w:lang w:val="pl-PL"/>
        </w:rPr>
      </w:pPr>
      <w:r w:rsidRPr="00C93B25">
        <w:rPr>
          <w:rFonts w:cs="Arial"/>
          <w:lang w:val="pl-PL"/>
        </w:rPr>
        <w:t>Załącznik nr 1 – Klauzula informacyjna dotycząca przetwarzania danych osobowych.</w:t>
      </w:r>
    </w:p>
    <w:p w14:paraId="29FCAE9C" w14:textId="77777777" w:rsidR="0035242A" w:rsidRPr="00C93B25" w:rsidRDefault="005569A3" w:rsidP="0038742E">
      <w:pPr>
        <w:jc w:val="both"/>
        <w:rPr>
          <w:rFonts w:cs="Arial"/>
          <w:lang w:val="pl-PL"/>
        </w:rPr>
      </w:pPr>
      <w:r w:rsidRPr="00C93B25">
        <w:rPr>
          <w:rFonts w:cs="Arial"/>
          <w:lang w:val="pl-PL"/>
        </w:rPr>
        <w:t>Załącznik nr 2 – Wykaz zawodników drużyny wraz z oświadczeniami.</w:t>
      </w:r>
    </w:p>
    <w:p w14:paraId="5DC352D6" w14:textId="28E6790C" w:rsidR="0035242A" w:rsidRPr="00C93B25" w:rsidRDefault="005569A3" w:rsidP="0038742E">
      <w:pPr>
        <w:jc w:val="both"/>
        <w:rPr>
          <w:rFonts w:cs="Arial"/>
          <w:lang w:val="pl-PL"/>
        </w:rPr>
      </w:pPr>
      <w:r w:rsidRPr="00C93B25">
        <w:rPr>
          <w:rFonts w:cs="Arial"/>
          <w:lang w:val="pl-PL"/>
        </w:rPr>
        <w:t>Załącznik nr 3 – Zgoda na przetwarzanie danych osobowych i wykorzystanie wizerunku</w:t>
      </w:r>
      <w:r w:rsidR="00C93B25" w:rsidRPr="00C93B25">
        <w:rPr>
          <w:rFonts w:cs="Arial"/>
          <w:lang w:val="pl-PL"/>
        </w:rPr>
        <w:t xml:space="preserve"> dziecka</w:t>
      </w:r>
      <w:r w:rsidRPr="00C93B25">
        <w:rPr>
          <w:rFonts w:cs="Arial"/>
          <w:lang w:val="pl-PL"/>
        </w:rPr>
        <w:t>.</w:t>
      </w:r>
    </w:p>
    <w:p w14:paraId="2529C908" w14:textId="7DD5F75E" w:rsidR="003B7706" w:rsidRPr="00C93B25" w:rsidRDefault="003B7706" w:rsidP="0038742E">
      <w:pPr>
        <w:jc w:val="both"/>
        <w:rPr>
          <w:rFonts w:cs="Arial"/>
          <w:lang w:val="pl-PL"/>
        </w:rPr>
      </w:pPr>
      <w:r w:rsidRPr="00C93B25">
        <w:rPr>
          <w:rFonts w:cs="Arial"/>
          <w:lang w:val="pl-PL"/>
        </w:rPr>
        <w:t xml:space="preserve">Załącznik nr 4 – Zgoda na przetwarzanie danych osobowych i wykorzystanie wizerunku osoby dorosłej. </w:t>
      </w:r>
    </w:p>
    <w:p w14:paraId="296B162B" w14:textId="77777777" w:rsidR="0038742E" w:rsidRPr="00C93B25" w:rsidRDefault="0038742E" w:rsidP="0038742E">
      <w:pPr>
        <w:jc w:val="both"/>
        <w:rPr>
          <w:rFonts w:cs="Arial"/>
          <w:lang w:val="pl-PL"/>
        </w:rPr>
      </w:pPr>
    </w:p>
    <w:p w14:paraId="49398C35" w14:textId="77777777" w:rsidR="0038742E" w:rsidRPr="00C93B25" w:rsidRDefault="0038742E" w:rsidP="0038742E">
      <w:pPr>
        <w:jc w:val="both"/>
        <w:rPr>
          <w:rFonts w:cs="Arial"/>
          <w:lang w:val="pl-PL"/>
        </w:rPr>
      </w:pPr>
    </w:p>
    <w:p w14:paraId="400DCC0B" w14:textId="77777777" w:rsidR="0038742E" w:rsidRPr="00C93B25" w:rsidRDefault="0038742E" w:rsidP="0038742E">
      <w:pPr>
        <w:jc w:val="both"/>
        <w:rPr>
          <w:rFonts w:cs="Arial"/>
          <w:lang w:val="pl-PL"/>
        </w:rPr>
      </w:pPr>
    </w:p>
    <w:p w14:paraId="4700D84A" w14:textId="77777777" w:rsidR="0038742E" w:rsidRPr="00C93B25" w:rsidRDefault="0038742E" w:rsidP="0038742E">
      <w:pPr>
        <w:jc w:val="both"/>
        <w:rPr>
          <w:rFonts w:cs="Arial"/>
          <w:lang w:val="pl-PL"/>
        </w:rPr>
      </w:pPr>
    </w:p>
    <w:p w14:paraId="0945BFBE" w14:textId="77777777" w:rsidR="0038742E" w:rsidRPr="00C93B25" w:rsidRDefault="0038742E">
      <w:pPr>
        <w:rPr>
          <w:rFonts w:cs="Arial"/>
          <w:lang w:val="pl-PL"/>
        </w:rPr>
      </w:pPr>
    </w:p>
    <w:p w14:paraId="5CE72D39" w14:textId="77777777" w:rsidR="0038742E" w:rsidRPr="00C93B25" w:rsidRDefault="0038742E">
      <w:pPr>
        <w:rPr>
          <w:rFonts w:cs="Arial"/>
          <w:lang w:val="pl-PL"/>
        </w:rPr>
      </w:pPr>
    </w:p>
    <w:p w14:paraId="4FBF726D" w14:textId="77777777" w:rsidR="0038742E" w:rsidRPr="00C93B25" w:rsidRDefault="0038742E">
      <w:pPr>
        <w:rPr>
          <w:rFonts w:cs="Arial"/>
          <w:lang w:val="pl-PL"/>
        </w:rPr>
      </w:pPr>
    </w:p>
    <w:p w14:paraId="4E87D433" w14:textId="77777777" w:rsidR="0038742E" w:rsidRPr="00C93B25" w:rsidRDefault="0038742E">
      <w:pPr>
        <w:rPr>
          <w:rFonts w:cs="Arial"/>
          <w:lang w:val="pl-PL"/>
        </w:rPr>
      </w:pPr>
    </w:p>
    <w:p w14:paraId="1AE2855F" w14:textId="77777777" w:rsidR="0038742E" w:rsidRPr="00C93B25" w:rsidRDefault="0038742E">
      <w:pPr>
        <w:rPr>
          <w:rFonts w:cs="Arial"/>
          <w:lang w:val="pl-PL"/>
        </w:rPr>
      </w:pPr>
    </w:p>
    <w:p w14:paraId="088C240C" w14:textId="77777777" w:rsidR="0038742E" w:rsidRPr="00C93B25" w:rsidRDefault="0038742E">
      <w:pPr>
        <w:rPr>
          <w:rFonts w:cs="Arial"/>
          <w:lang w:val="pl-PL"/>
        </w:rPr>
      </w:pPr>
    </w:p>
    <w:p w14:paraId="216B2D72" w14:textId="77777777" w:rsidR="0038742E" w:rsidRPr="00C93B25" w:rsidRDefault="0038742E">
      <w:pPr>
        <w:rPr>
          <w:rFonts w:cs="Arial"/>
          <w:lang w:val="pl-PL"/>
        </w:rPr>
      </w:pPr>
    </w:p>
    <w:p w14:paraId="56629334" w14:textId="77777777" w:rsidR="0038742E" w:rsidRPr="00C93B25" w:rsidRDefault="0038742E">
      <w:pPr>
        <w:rPr>
          <w:rFonts w:cs="Arial"/>
          <w:lang w:val="pl-PL"/>
        </w:rPr>
      </w:pPr>
    </w:p>
    <w:p w14:paraId="47F88199" w14:textId="77777777" w:rsidR="0038742E" w:rsidRPr="00C93B25" w:rsidRDefault="0038742E">
      <w:pPr>
        <w:rPr>
          <w:rFonts w:cs="Arial"/>
          <w:lang w:val="pl-PL"/>
        </w:rPr>
      </w:pPr>
    </w:p>
    <w:p w14:paraId="6A084FEB" w14:textId="77777777" w:rsidR="0038742E" w:rsidRPr="00C93B25" w:rsidRDefault="0038742E">
      <w:pPr>
        <w:rPr>
          <w:rFonts w:cs="Arial"/>
          <w:lang w:val="pl-PL"/>
        </w:rPr>
      </w:pPr>
    </w:p>
    <w:p w14:paraId="76E92E46" w14:textId="77777777" w:rsidR="0038742E" w:rsidRPr="00C93B25" w:rsidRDefault="0038742E">
      <w:pPr>
        <w:rPr>
          <w:rFonts w:cs="Arial"/>
          <w:lang w:val="pl-PL"/>
        </w:rPr>
      </w:pPr>
    </w:p>
    <w:p w14:paraId="56415310" w14:textId="77777777" w:rsidR="00C93B25" w:rsidRPr="00C93B25" w:rsidRDefault="00C93B25">
      <w:pPr>
        <w:rPr>
          <w:rFonts w:cs="Arial"/>
          <w:lang w:val="pl-PL"/>
        </w:rPr>
      </w:pPr>
    </w:p>
    <w:p w14:paraId="6AA9A696" w14:textId="77777777" w:rsidR="0038742E" w:rsidRPr="00C93B25" w:rsidRDefault="0038742E" w:rsidP="0038742E">
      <w:pPr>
        <w:spacing w:after="40"/>
        <w:jc w:val="right"/>
        <w:rPr>
          <w:rFonts w:cs="Arial"/>
          <w:bCs/>
          <w:lang w:val="pl-PL"/>
        </w:rPr>
      </w:pPr>
      <w:r w:rsidRPr="00C93B25">
        <w:rPr>
          <w:rFonts w:cs="Arial"/>
          <w:bCs/>
          <w:lang w:val="pl-PL"/>
        </w:rPr>
        <w:lastRenderedPageBreak/>
        <w:t>Załącznik 1 do Regulaminu</w:t>
      </w:r>
    </w:p>
    <w:p w14:paraId="0968A615" w14:textId="77777777" w:rsidR="0038742E" w:rsidRPr="00C93B25" w:rsidRDefault="0038742E" w:rsidP="0038742E">
      <w:pPr>
        <w:spacing w:after="40"/>
        <w:jc w:val="right"/>
        <w:rPr>
          <w:rFonts w:cs="Arial"/>
          <w:bCs/>
          <w:lang w:val="pl-PL"/>
        </w:rPr>
      </w:pPr>
      <w:r w:rsidRPr="00C93B25">
        <w:rPr>
          <w:rFonts w:cs="Arial"/>
          <w:bCs/>
          <w:lang w:val="pl-PL"/>
        </w:rPr>
        <w:t>Turnieju Piłki Siatkowej Plażowej</w:t>
      </w:r>
    </w:p>
    <w:p w14:paraId="49007125" w14:textId="557CC535" w:rsidR="0038742E" w:rsidRPr="00C93B25" w:rsidRDefault="0038742E" w:rsidP="0038742E">
      <w:pPr>
        <w:spacing w:after="40"/>
        <w:jc w:val="right"/>
        <w:rPr>
          <w:rFonts w:cs="Arial"/>
          <w:bCs/>
          <w:lang w:val="pl-PL"/>
        </w:rPr>
      </w:pPr>
      <w:r w:rsidRPr="00C93B25">
        <w:rPr>
          <w:rFonts w:cs="Arial"/>
          <w:bCs/>
          <w:lang w:val="pl-PL"/>
        </w:rPr>
        <w:t>o Puchar Burmistrza Miasta i Gminy Lesko</w:t>
      </w:r>
    </w:p>
    <w:p w14:paraId="45931E0E" w14:textId="77777777" w:rsidR="00A57DAE" w:rsidRPr="00C93B25" w:rsidRDefault="00A57DAE" w:rsidP="00A57DAE">
      <w:pPr>
        <w:spacing w:after="40"/>
        <w:rPr>
          <w:rFonts w:cs="Arial"/>
          <w:b/>
          <w:lang w:val="pl-PL"/>
        </w:rPr>
      </w:pPr>
    </w:p>
    <w:p w14:paraId="45BC7A39" w14:textId="2C6CE81D" w:rsidR="0038742E" w:rsidRPr="00C93B25" w:rsidRDefault="0038742E" w:rsidP="0038742E">
      <w:pPr>
        <w:rPr>
          <w:rFonts w:cs="Arial"/>
          <w:lang w:val="pl-PL"/>
        </w:rPr>
      </w:pPr>
    </w:p>
    <w:p w14:paraId="717CC343" w14:textId="77777777" w:rsidR="00A57DAE" w:rsidRPr="00C93B25" w:rsidRDefault="00A57DAE" w:rsidP="00C93B25">
      <w:pPr>
        <w:spacing w:after="0"/>
        <w:jc w:val="center"/>
        <w:rPr>
          <w:rFonts w:cs="Arial"/>
          <w:b/>
          <w:bCs/>
          <w:lang w:val="pl-PL"/>
        </w:rPr>
      </w:pPr>
      <w:r w:rsidRPr="00C93B25">
        <w:rPr>
          <w:rFonts w:cs="Arial"/>
          <w:b/>
          <w:bCs/>
          <w:lang w:val="pl-PL"/>
        </w:rPr>
        <w:t>INFORMACJA O ZASADACH PRZETWARZANIA DANYCH OSOBOWYCH</w:t>
      </w:r>
    </w:p>
    <w:p w14:paraId="53468486" w14:textId="77777777" w:rsidR="00C93B25" w:rsidRPr="00C93B25" w:rsidRDefault="00C93B25" w:rsidP="00C93B25">
      <w:pPr>
        <w:spacing w:after="0"/>
        <w:jc w:val="center"/>
        <w:rPr>
          <w:rFonts w:cs="Arial"/>
          <w:lang w:val="pl-PL"/>
        </w:rPr>
      </w:pPr>
    </w:p>
    <w:p w14:paraId="5A5BE882" w14:textId="2E0C44B0" w:rsidR="00A57DAE" w:rsidRPr="00C93B25" w:rsidRDefault="00A57DAE" w:rsidP="00C4585C">
      <w:pPr>
        <w:spacing w:after="0"/>
        <w:rPr>
          <w:rFonts w:cs="Arial"/>
          <w:lang w:val="pl-PL"/>
        </w:rPr>
      </w:pPr>
      <w:r w:rsidRPr="00C93B25">
        <w:rPr>
          <w:rFonts w:cs="Arial"/>
          <w:b/>
          <w:bCs/>
          <w:lang w:val="pl-PL"/>
        </w:rPr>
        <w:t xml:space="preserve">TEMAT: </w:t>
      </w:r>
      <w:r w:rsidRPr="00C93B25">
        <w:rPr>
          <w:rFonts w:cs="Arial"/>
          <w:lang w:val="pl-PL"/>
        </w:rPr>
        <w:t xml:space="preserve">ORGANIZACJA </w:t>
      </w:r>
      <w:r w:rsidR="000D3468" w:rsidRPr="00C93B25">
        <w:rPr>
          <w:rFonts w:cs="Arial"/>
          <w:lang w:val="pl-PL"/>
        </w:rPr>
        <w:t>TURNIEJU PIŁKI SIATOKOWEJ PLAŻOWEJ O PUCHAR BURMISTRZA MIASTA I GMINY LESKO</w:t>
      </w:r>
    </w:p>
    <w:p w14:paraId="12F3B725" w14:textId="77777777" w:rsidR="00A57DAE" w:rsidRPr="00C93B25" w:rsidRDefault="00A57DAE" w:rsidP="00C4585C">
      <w:pPr>
        <w:spacing w:after="0"/>
        <w:rPr>
          <w:rFonts w:cs="Arial"/>
          <w:lang w:val="pl-PL"/>
        </w:rPr>
      </w:pPr>
      <w:r w:rsidRPr="00C93B25">
        <w:rPr>
          <w:rFonts w:cs="Arial"/>
          <w:b/>
          <w:bCs/>
          <w:lang w:val="pl-PL"/>
        </w:rPr>
        <w:t>KOGO DOTYCZY INFORMACJA:</w:t>
      </w:r>
      <w:r w:rsidRPr="00C93B25">
        <w:rPr>
          <w:rFonts w:cs="Arial"/>
          <w:lang w:val="pl-PL"/>
        </w:rPr>
        <w:t xml:space="preserve"> UCZESTNIK, RODZIC/ OPIEKUN PRAWNY.</w:t>
      </w:r>
    </w:p>
    <w:p w14:paraId="2AC5B9D8" w14:textId="0E0A3027" w:rsidR="00A57DAE" w:rsidRPr="004B3F90" w:rsidRDefault="00A57DAE" w:rsidP="00C4585C">
      <w:pPr>
        <w:numPr>
          <w:ilvl w:val="0"/>
          <w:numId w:val="11"/>
        </w:numPr>
        <w:spacing w:after="0"/>
        <w:rPr>
          <w:rFonts w:cs="Arial"/>
          <w:lang w:val="pl-PL"/>
        </w:rPr>
      </w:pPr>
      <w:r w:rsidRPr="004B3F90">
        <w:rPr>
          <w:rFonts w:cs="Arial"/>
          <w:b/>
          <w:bCs/>
          <w:lang w:val="pl-PL"/>
        </w:rPr>
        <w:t>Kto wykorzystuje dane (administrator):</w:t>
      </w:r>
      <w:r w:rsidRPr="004B3F90">
        <w:rPr>
          <w:rFonts w:cs="Arial"/>
          <w:lang w:val="pl-PL"/>
        </w:rPr>
        <w:t xml:space="preserve"> </w:t>
      </w:r>
      <w:r w:rsidR="00EA51E0" w:rsidRPr="00C93B25">
        <w:rPr>
          <w:rFonts w:cs="Arial"/>
          <w:lang w:val="pl-PL"/>
        </w:rPr>
        <w:t xml:space="preserve">Gmina Lesko reprezentowana przez Burmistrza Miasta i Gminy Lesko, </w:t>
      </w:r>
      <w:r w:rsidR="00E41989" w:rsidRPr="00C93B25">
        <w:rPr>
          <w:rFonts w:cs="Arial"/>
          <w:lang w:val="pl-PL"/>
        </w:rPr>
        <w:t xml:space="preserve">ul. Parkowa 1, 38-600 Lesko, tel. 13 469 80 01, e-mail: </w:t>
      </w:r>
      <w:r w:rsidR="008E562C" w:rsidRPr="00C93B25">
        <w:rPr>
          <w:rFonts w:cs="Arial"/>
          <w:lang w:val="pl-PL"/>
        </w:rPr>
        <w:t>gmina@lesko.pl</w:t>
      </w:r>
      <w:r w:rsidRPr="004B3F90">
        <w:rPr>
          <w:rFonts w:cs="Arial"/>
          <w:lang w:val="pl-PL"/>
        </w:rPr>
        <w:t>.</w:t>
      </w:r>
    </w:p>
    <w:p w14:paraId="7E775E2B" w14:textId="2687BCCF" w:rsidR="00A57DAE" w:rsidRPr="00C93B25" w:rsidRDefault="00A57DAE" w:rsidP="00C4585C">
      <w:pPr>
        <w:numPr>
          <w:ilvl w:val="0"/>
          <w:numId w:val="11"/>
        </w:numPr>
        <w:spacing w:after="0"/>
        <w:rPr>
          <w:rFonts w:cs="Arial"/>
        </w:rPr>
      </w:pPr>
      <w:r w:rsidRPr="004B3F90">
        <w:rPr>
          <w:rFonts w:cs="Arial"/>
          <w:b/>
          <w:bCs/>
          <w:lang w:val="pl-PL"/>
        </w:rPr>
        <w:t xml:space="preserve">Kim jest inspektor ochrony danych: </w:t>
      </w:r>
      <w:r w:rsidRPr="004B3F90">
        <w:rPr>
          <w:rFonts w:cs="Arial"/>
          <w:lang w:val="pl-PL"/>
        </w:rPr>
        <w:t xml:space="preserve">inspektor ochrony danych to niezależny specjalista w dziedzinie bezpieczeństwa danych osobowych. Przyjmuje pytania i wnioski związane z wykorzystywaniem danych osobowych oraz zgłoszenia o nieprawidłowościach. </w:t>
      </w:r>
      <w:proofErr w:type="spellStart"/>
      <w:r w:rsidRPr="00C93B25">
        <w:rPr>
          <w:rFonts w:cs="Arial"/>
        </w:rPr>
        <w:t>Kontakt</w:t>
      </w:r>
      <w:proofErr w:type="spellEnd"/>
      <w:r w:rsidRPr="00C93B25">
        <w:rPr>
          <w:rFonts w:cs="Arial"/>
        </w:rPr>
        <w:t xml:space="preserve"> z </w:t>
      </w:r>
      <w:proofErr w:type="spellStart"/>
      <w:r w:rsidRPr="00C93B25">
        <w:rPr>
          <w:rFonts w:cs="Arial"/>
        </w:rPr>
        <w:t>inspektorem</w:t>
      </w:r>
      <w:proofErr w:type="spellEnd"/>
      <w:r w:rsidRPr="00C93B25">
        <w:rPr>
          <w:rFonts w:cs="Arial"/>
        </w:rPr>
        <w:t xml:space="preserve"> </w:t>
      </w:r>
      <w:proofErr w:type="spellStart"/>
      <w:r w:rsidRPr="00C93B25">
        <w:rPr>
          <w:rFonts w:cs="Arial"/>
        </w:rPr>
        <w:t>ochrony</w:t>
      </w:r>
      <w:proofErr w:type="spellEnd"/>
      <w:r w:rsidRPr="00C93B25">
        <w:rPr>
          <w:rFonts w:cs="Arial"/>
        </w:rPr>
        <w:t xml:space="preserve"> </w:t>
      </w:r>
      <w:proofErr w:type="spellStart"/>
      <w:r w:rsidRPr="00C93B25">
        <w:rPr>
          <w:rFonts w:cs="Arial"/>
        </w:rPr>
        <w:t>danych</w:t>
      </w:r>
      <w:proofErr w:type="spellEnd"/>
      <w:r w:rsidRPr="00C93B25">
        <w:rPr>
          <w:rFonts w:cs="Arial"/>
        </w:rPr>
        <w:t>: iod@</w:t>
      </w:r>
      <w:r w:rsidR="00A75BAD" w:rsidRPr="00C93B25">
        <w:rPr>
          <w:rFonts w:cs="Arial"/>
        </w:rPr>
        <w:t>lesko.pl</w:t>
      </w:r>
      <w:r w:rsidRPr="00C93B25">
        <w:rPr>
          <w:rFonts w:cs="Arial"/>
        </w:rPr>
        <w:t>.</w:t>
      </w:r>
    </w:p>
    <w:p w14:paraId="44649B7F" w14:textId="77777777" w:rsidR="00A57DAE" w:rsidRPr="004B3F90" w:rsidRDefault="00A57DAE" w:rsidP="00C4585C">
      <w:pPr>
        <w:numPr>
          <w:ilvl w:val="0"/>
          <w:numId w:val="11"/>
        </w:numPr>
        <w:spacing w:after="0"/>
        <w:rPr>
          <w:rFonts w:cs="Arial"/>
          <w:lang w:val="pl-PL"/>
        </w:rPr>
      </w:pPr>
      <w:r w:rsidRPr="004B3F90">
        <w:rPr>
          <w:rFonts w:cs="Arial"/>
          <w:b/>
          <w:bCs/>
          <w:lang w:val="pl-PL"/>
        </w:rPr>
        <w:t>Cel i podstawy prawne wykorzystania danych:</w:t>
      </w:r>
      <w:r w:rsidRPr="004B3F90">
        <w:rPr>
          <w:rFonts w:cs="Arial"/>
          <w:lang w:val="pl-PL"/>
        </w:rPr>
        <w:t xml:space="preserve"> </w:t>
      </w:r>
    </w:p>
    <w:tbl>
      <w:tblPr>
        <w:tblStyle w:val="Tabela-Siatka"/>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3630"/>
        <w:gridCol w:w="6930"/>
      </w:tblGrid>
      <w:tr w:rsidR="00A57DAE" w:rsidRPr="00C93B25" w14:paraId="6B4564A8" w14:textId="77777777">
        <w:trPr>
          <w:trHeight w:val="300"/>
        </w:trPr>
        <w:tc>
          <w:tcPr>
            <w:tcW w:w="3630" w:type="dxa"/>
            <w:tcBorders>
              <w:top w:val="single" w:sz="6" w:space="0" w:color="auto"/>
              <w:left w:val="single" w:sz="6" w:space="0" w:color="auto"/>
              <w:bottom w:val="single" w:sz="4" w:space="0" w:color="000000" w:themeColor="text1"/>
              <w:right w:val="single" w:sz="4" w:space="0" w:color="000000" w:themeColor="text1"/>
            </w:tcBorders>
            <w:shd w:val="clear" w:color="auto" w:fill="EEECE1" w:themeFill="background2"/>
            <w:tcMar>
              <w:top w:w="0" w:type="dxa"/>
              <w:left w:w="105" w:type="dxa"/>
              <w:bottom w:w="0" w:type="dxa"/>
              <w:right w:w="105" w:type="dxa"/>
            </w:tcMar>
            <w:vAlign w:val="center"/>
            <w:hideMark/>
          </w:tcPr>
          <w:p w14:paraId="62AE24FC" w14:textId="77777777" w:rsidR="00A57DAE" w:rsidRPr="00C93B25" w:rsidRDefault="00A57DAE" w:rsidP="00C4585C">
            <w:pPr>
              <w:spacing w:line="276" w:lineRule="auto"/>
              <w:rPr>
                <w:rFonts w:cs="Arial"/>
                <w:lang w:val="pl-PL"/>
              </w:rPr>
            </w:pPr>
            <w:r w:rsidRPr="00C93B25">
              <w:rPr>
                <w:rFonts w:cs="Arial"/>
                <w:b/>
                <w:bCs/>
                <w:lang w:val="pl-PL"/>
              </w:rPr>
              <w:t>Cele</w:t>
            </w:r>
          </w:p>
        </w:tc>
        <w:tc>
          <w:tcPr>
            <w:tcW w:w="6930" w:type="dxa"/>
            <w:tcBorders>
              <w:top w:val="single" w:sz="6" w:space="0" w:color="auto"/>
              <w:left w:val="single" w:sz="4" w:space="0" w:color="000000" w:themeColor="text1"/>
              <w:bottom w:val="single" w:sz="4" w:space="0" w:color="000000" w:themeColor="text1"/>
              <w:right w:val="single" w:sz="6" w:space="0" w:color="auto"/>
            </w:tcBorders>
            <w:shd w:val="clear" w:color="auto" w:fill="EEECE1" w:themeFill="background2"/>
            <w:tcMar>
              <w:top w:w="0" w:type="dxa"/>
              <w:left w:w="105" w:type="dxa"/>
              <w:bottom w:w="0" w:type="dxa"/>
              <w:right w:w="105" w:type="dxa"/>
            </w:tcMar>
            <w:vAlign w:val="center"/>
            <w:hideMark/>
          </w:tcPr>
          <w:p w14:paraId="4DCDCD2F" w14:textId="77777777" w:rsidR="00A57DAE" w:rsidRPr="00C93B25" w:rsidRDefault="00A57DAE" w:rsidP="00C4585C">
            <w:pPr>
              <w:spacing w:line="276" w:lineRule="auto"/>
              <w:rPr>
                <w:rFonts w:cs="Arial"/>
                <w:lang w:val="pl-PL"/>
              </w:rPr>
            </w:pPr>
            <w:r w:rsidRPr="00C93B25">
              <w:rPr>
                <w:rFonts w:cs="Arial"/>
                <w:b/>
                <w:bCs/>
                <w:lang w:val="pl-PL"/>
              </w:rPr>
              <w:t>Podstawy prawne</w:t>
            </w:r>
          </w:p>
        </w:tc>
      </w:tr>
      <w:tr w:rsidR="00A57DAE" w:rsidRPr="00C84F2E" w14:paraId="2899136C" w14:textId="77777777">
        <w:trPr>
          <w:trHeight w:val="300"/>
        </w:trPr>
        <w:tc>
          <w:tcPr>
            <w:tcW w:w="363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vAlign w:val="center"/>
            <w:hideMark/>
          </w:tcPr>
          <w:p w14:paraId="6033600A" w14:textId="7757A0F5" w:rsidR="00A57DAE" w:rsidRPr="00C93B25" w:rsidRDefault="00A059D1" w:rsidP="00C4585C">
            <w:pPr>
              <w:spacing w:line="276" w:lineRule="auto"/>
              <w:rPr>
                <w:rFonts w:cs="Arial"/>
                <w:lang w:val="pl-PL"/>
              </w:rPr>
            </w:pPr>
            <w:r w:rsidRPr="00C93B25">
              <w:rPr>
                <w:rFonts w:cs="Arial"/>
                <w:lang w:val="pl-PL"/>
              </w:rPr>
              <w:t>Przyjęcie zgłoszenia, zakwalifikowanie uczestników</w:t>
            </w:r>
            <w:r w:rsidR="00F272A3" w:rsidRPr="00C93B25">
              <w:rPr>
                <w:rFonts w:cs="Arial"/>
                <w:lang w:val="pl-PL"/>
              </w:rPr>
              <w:t xml:space="preserve">, organizacja, przeprowadzenie i udokumentowanie Turnieju Piłki Siatkowej Plażowej o Puchar Burmistrza Miasta i Gminy Lesko. </w:t>
            </w:r>
          </w:p>
        </w:tc>
        <w:tc>
          <w:tcPr>
            <w:tcW w:w="693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vAlign w:val="center"/>
            <w:hideMark/>
          </w:tcPr>
          <w:p w14:paraId="2DF845C3" w14:textId="5DCE76C2" w:rsidR="00A57DAE" w:rsidRPr="00C93B25" w:rsidRDefault="00A57DAE" w:rsidP="00C4585C">
            <w:pPr>
              <w:spacing w:line="276" w:lineRule="auto"/>
              <w:rPr>
                <w:rFonts w:cs="Arial"/>
                <w:lang w:val="pl-PL"/>
              </w:rPr>
            </w:pPr>
            <w:r w:rsidRPr="00C93B25">
              <w:rPr>
                <w:rFonts w:cs="Arial"/>
                <w:lang w:val="pl-PL"/>
              </w:rPr>
              <w:t xml:space="preserve">Art. 6. ust. 1. lit. e) RODO w zw. z przepisami ustawy z dnia </w:t>
            </w:r>
            <w:r w:rsidR="00B97041" w:rsidRPr="00C93B25">
              <w:rPr>
                <w:rFonts w:cs="Arial"/>
                <w:lang w:val="pl-PL"/>
              </w:rPr>
              <w:t xml:space="preserve">8 marca </w:t>
            </w:r>
            <w:r w:rsidR="00010F22" w:rsidRPr="00C93B25">
              <w:rPr>
                <w:rFonts w:cs="Arial"/>
                <w:lang w:val="pl-PL"/>
              </w:rPr>
              <w:t>1990 r. o samorządzie gminnym</w:t>
            </w:r>
            <w:r w:rsidRPr="00C93B25">
              <w:rPr>
                <w:rFonts w:cs="Arial"/>
                <w:lang w:val="pl-PL"/>
              </w:rPr>
              <w:t>.</w:t>
            </w:r>
          </w:p>
        </w:tc>
      </w:tr>
      <w:tr w:rsidR="00A57DAE" w:rsidRPr="00C84F2E" w14:paraId="6C9402B8" w14:textId="77777777">
        <w:trPr>
          <w:trHeight w:val="300"/>
        </w:trPr>
        <w:tc>
          <w:tcPr>
            <w:tcW w:w="3630" w:type="dxa"/>
            <w:tcBorders>
              <w:top w:val="single" w:sz="4" w:space="0" w:color="000000" w:themeColor="text1"/>
              <w:left w:val="single" w:sz="6" w:space="0" w:color="auto"/>
              <w:bottom w:val="single" w:sz="6" w:space="0" w:color="auto"/>
              <w:right w:val="single" w:sz="4" w:space="0" w:color="000000" w:themeColor="text1"/>
            </w:tcBorders>
            <w:tcMar>
              <w:top w:w="0" w:type="dxa"/>
              <w:left w:w="105" w:type="dxa"/>
              <w:bottom w:w="0" w:type="dxa"/>
              <w:right w:w="105" w:type="dxa"/>
            </w:tcMar>
            <w:vAlign w:val="center"/>
            <w:hideMark/>
          </w:tcPr>
          <w:p w14:paraId="138AD7F3" w14:textId="77777777" w:rsidR="00A57DAE" w:rsidRPr="00C93B25" w:rsidRDefault="00A57DAE" w:rsidP="00C4585C">
            <w:pPr>
              <w:spacing w:line="276" w:lineRule="auto"/>
              <w:rPr>
                <w:rFonts w:cs="Arial"/>
                <w:lang w:val="pl-PL"/>
              </w:rPr>
            </w:pPr>
            <w:r w:rsidRPr="00C93B25">
              <w:rPr>
                <w:rFonts w:cs="Arial"/>
                <w:lang w:val="pl-PL"/>
              </w:rPr>
              <w:t>Wykonanie zadań archiwalnych, realizowanych w interesie publicznym – czynności kancelaryjnych i archiwizacyjnych.</w:t>
            </w:r>
          </w:p>
        </w:tc>
        <w:tc>
          <w:tcPr>
            <w:tcW w:w="693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vAlign w:val="center"/>
            <w:hideMark/>
          </w:tcPr>
          <w:p w14:paraId="508B4437" w14:textId="6C6114FF" w:rsidR="00A57DAE" w:rsidRPr="00C93B25" w:rsidRDefault="00A57DAE" w:rsidP="00C4585C">
            <w:pPr>
              <w:spacing w:line="276" w:lineRule="auto"/>
              <w:rPr>
                <w:rFonts w:cs="Arial"/>
                <w:lang w:val="pl-PL"/>
              </w:rPr>
            </w:pPr>
            <w:r w:rsidRPr="00C93B25">
              <w:rPr>
                <w:rFonts w:cs="Arial"/>
                <w:lang w:val="pl-PL"/>
              </w:rPr>
              <w:t xml:space="preserve">Art. 6. ust. 1. lit. </w:t>
            </w:r>
            <w:r w:rsidR="00010F22" w:rsidRPr="00C93B25">
              <w:rPr>
                <w:rFonts w:cs="Arial"/>
                <w:lang w:val="pl-PL"/>
              </w:rPr>
              <w:t>c</w:t>
            </w:r>
            <w:r w:rsidRPr="00C93B25">
              <w:rPr>
                <w:rFonts w:cs="Arial"/>
                <w:lang w:val="pl-PL"/>
              </w:rPr>
              <w:t xml:space="preserve">) RODO w związku z przepisami: </w:t>
            </w:r>
          </w:p>
          <w:p w14:paraId="09C4E200" w14:textId="77777777" w:rsidR="00A57DAE" w:rsidRPr="00C93B25" w:rsidRDefault="00A57DAE" w:rsidP="00C4585C">
            <w:pPr>
              <w:spacing w:line="276" w:lineRule="auto"/>
              <w:rPr>
                <w:rFonts w:cs="Arial"/>
                <w:lang w:val="pl-PL"/>
              </w:rPr>
            </w:pPr>
            <w:r w:rsidRPr="00C93B25">
              <w:rPr>
                <w:rFonts w:cs="Arial"/>
                <w:lang w:val="pl-PL"/>
              </w:rPr>
              <w:t xml:space="preserve">1. Ustawy z dnia 14 lipca 1983 r. o narodowym zasobie archiwalnym i archiwach; </w:t>
            </w:r>
          </w:p>
          <w:p w14:paraId="611EE2AE" w14:textId="77777777" w:rsidR="00A57DAE" w:rsidRPr="00C93B25" w:rsidRDefault="00A57DAE" w:rsidP="00C4585C">
            <w:pPr>
              <w:spacing w:line="276" w:lineRule="auto"/>
              <w:rPr>
                <w:rFonts w:cs="Arial"/>
                <w:lang w:val="pl-PL"/>
              </w:rPr>
            </w:pPr>
            <w:r w:rsidRPr="00C93B25">
              <w:rPr>
                <w:rFonts w:cs="Arial"/>
                <w:lang w:val="pl-PL"/>
              </w:rPr>
              <w:t>2. Rozporządzenia Ministra Kultury i Dziedzictwa Narodowego z dnia 20 października 2015 r. w sprawie klasyfikowania i kwalifikowania dokumentacji, przekazywania materiałów archiwalnych do archiwów państwowych i brakowania dokumentacji niearchiwalnej;</w:t>
            </w:r>
          </w:p>
          <w:p w14:paraId="78EB0E64" w14:textId="77777777" w:rsidR="00A57DAE" w:rsidRPr="00C93B25" w:rsidRDefault="00A57DAE" w:rsidP="00C4585C">
            <w:pPr>
              <w:spacing w:line="276" w:lineRule="auto"/>
              <w:rPr>
                <w:rFonts w:cs="Arial"/>
                <w:lang w:val="pl-PL"/>
              </w:rPr>
            </w:pPr>
            <w:r w:rsidRPr="00C93B25">
              <w:rPr>
                <w:rFonts w:cs="Arial"/>
                <w:lang w:val="pl-PL"/>
              </w:rPr>
              <w:t>3. Rozporządzenia Prezesa Rady Ministrów z dnia 18 stycznia 2011 r. w sprawie instrukcji kancelaryjnej, jednolitych rzeczowych wykazów akt oraz instrukcji w sprawie organizacji i zakresu działania archiwów zakładowych.</w:t>
            </w:r>
          </w:p>
        </w:tc>
      </w:tr>
    </w:tbl>
    <w:p w14:paraId="5B5D0655" w14:textId="78345159" w:rsidR="00993884" w:rsidRPr="004B3F90" w:rsidRDefault="00A178CF" w:rsidP="00C4585C">
      <w:pPr>
        <w:numPr>
          <w:ilvl w:val="0"/>
          <w:numId w:val="11"/>
        </w:numPr>
        <w:spacing w:after="0"/>
        <w:rPr>
          <w:rFonts w:cs="Arial"/>
          <w:lang w:val="pl-PL"/>
        </w:rPr>
      </w:pPr>
      <w:r w:rsidRPr="00C93B25">
        <w:rPr>
          <w:rFonts w:cs="Arial"/>
          <w:b/>
          <w:bCs/>
          <w:lang w:val="pl-PL"/>
        </w:rPr>
        <w:t>Źródło pochodzenia danych:</w:t>
      </w:r>
      <w:r w:rsidRPr="00C93B25">
        <w:rPr>
          <w:rFonts w:cs="Arial"/>
          <w:lang w:val="pl-PL"/>
        </w:rPr>
        <w:t xml:space="preserve"> </w:t>
      </w:r>
      <w:r w:rsidR="00C314C9" w:rsidRPr="00C93B25">
        <w:rPr>
          <w:rFonts w:cs="Arial"/>
          <w:lang w:val="pl-PL"/>
        </w:rPr>
        <w:t>dane osobowe są pozyskane bezpośrednio od uczestnika</w:t>
      </w:r>
      <w:r w:rsidR="00D31DF3" w:rsidRPr="00C93B25">
        <w:rPr>
          <w:rFonts w:cs="Arial"/>
          <w:lang w:val="pl-PL"/>
        </w:rPr>
        <w:t xml:space="preserve">. Dane osobowe dziecka pozyskiwane są od jego rodzica lub opiekuna prawnego, a także od przedstawiciela drużyny dokonującego zgłoszenia. </w:t>
      </w:r>
    </w:p>
    <w:p w14:paraId="0539385F" w14:textId="3D83DA12" w:rsidR="00A57DAE" w:rsidRPr="004B3F90" w:rsidRDefault="00A57DAE" w:rsidP="00372895">
      <w:pPr>
        <w:numPr>
          <w:ilvl w:val="0"/>
          <w:numId w:val="11"/>
        </w:numPr>
        <w:spacing w:after="0"/>
        <w:rPr>
          <w:rFonts w:cs="Arial"/>
          <w:lang w:val="pl-PL"/>
        </w:rPr>
      </w:pPr>
      <w:r w:rsidRPr="004B3F90">
        <w:rPr>
          <w:rFonts w:cs="Arial"/>
          <w:b/>
          <w:bCs/>
          <w:lang w:val="pl-PL"/>
        </w:rPr>
        <w:t xml:space="preserve">Kto otrzyma dane: </w:t>
      </w:r>
      <w:r w:rsidR="00767CDB" w:rsidRPr="00C93B25">
        <w:rPr>
          <w:rFonts w:cs="Arial"/>
          <w:lang w:val="pl-PL"/>
        </w:rPr>
        <w:t>Państwa dane osobowe mogą zostać przekazane Leskiemu Centrum Edukacji i Sporu oraz Leskiemu Przedsiębiorstwu Komunalnemu Sp. z o.o. w zakresie niezbędnym do organizacji, przeprowadzenia i obsługi turnieju</w:t>
      </w:r>
      <w:r w:rsidR="003D44A5" w:rsidRPr="00C93B25">
        <w:rPr>
          <w:rFonts w:cs="Arial"/>
          <w:lang w:val="pl-PL"/>
        </w:rPr>
        <w:t>.</w:t>
      </w:r>
      <w:r w:rsidR="00372895" w:rsidRPr="00C93B25">
        <w:rPr>
          <w:rFonts w:cs="Arial"/>
          <w:lang w:val="pl-PL"/>
        </w:rPr>
        <w:t xml:space="preserve"> Odbiorcami Państwa danych osobowych mogą być również kancelarie prawne, dostawcy usług informatycznych, hostingowych, serwisowych, pocztowych i archiwizacyjnych oraz inne podmioty świadczące usługi na rzecz Gminy Lesko, z którymi Administrator zawarł umowy powierzenia przetwarzania danych osobowych. Dane mogą zostać także udostępnione organom publicznym oraz innym podmiotom uprawnionym do ich otrzymania na podstawie obowiązujących przepisów prawa</w:t>
      </w:r>
      <w:r w:rsidRPr="004B3F90">
        <w:rPr>
          <w:rFonts w:cs="Arial"/>
          <w:lang w:val="pl-PL"/>
        </w:rPr>
        <w:t>.</w:t>
      </w:r>
    </w:p>
    <w:p w14:paraId="7F343ACC" w14:textId="77777777" w:rsidR="00A57DAE" w:rsidRPr="004B3F90" w:rsidRDefault="00A57DAE" w:rsidP="00C4585C">
      <w:pPr>
        <w:numPr>
          <w:ilvl w:val="0"/>
          <w:numId w:val="11"/>
        </w:numPr>
        <w:spacing w:after="0"/>
        <w:rPr>
          <w:rFonts w:cs="Arial"/>
          <w:lang w:val="pl-PL"/>
        </w:rPr>
      </w:pPr>
      <w:r w:rsidRPr="004B3F90">
        <w:rPr>
          <w:rFonts w:cs="Arial"/>
          <w:b/>
          <w:bCs/>
          <w:lang w:val="pl-PL"/>
        </w:rPr>
        <w:t>Okres przechowywania danych:</w:t>
      </w:r>
      <w:r w:rsidRPr="004B3F90">
        <w:rPr>
          <w:rFonts w:cs="Arial"/>
          <w:lang w:val="pl-PL"/>
        </w:rPr>
        <w:t xml:space="preserve"> zgodnie z obowiązującym JRWA.</w:t>
      </w:r>
    </w:p>
    <w:p w14:paraId="11C09D59" w14:textId="77777777" w:rsidR="00A57DAE" w:rsidRPr="00C93B25" w:rsidRDefault="00A57DAE" w:rsidP="00C4585C">
      <w:pPr>
        <w:numPr>
          <w:ilvl w:val="0"/>
          <w:numId w:val="11"/>
        </w:numPr>
        <w:spacing w:after="0"/>
        <w:rPr>
          <w:rFonts w:cs="Arial"/>
        </w:rPr>
      </w:pPr>
      <w:proofErr w:type="spellStart"/>
      <w:r w:rsidRPr="00C93B25">
        <w:rPr>
          <w:rFonts w:cs="Arial"/>
          <w:b/>
          <w:bCs/>
        </w:rPr>
        <w:t>Przysługujące</w:t>
      </w:r>
      <w:proofErr w:type="spellEnd"/>
      <w:r w:rsidRPr="00C93B25">
        <w:rPr>
          <w:rFonts w:cs="Arial"/>
          <w:b/>
          <w:bCs/>
        </w:rPr>
        <w:t xml:space="preserve"> </w:t>
      </w:r>
      <w:proofErr w:type="spellStart"/>
      <w:r w:rsidRPr="00C93B25">
        <w:rPr>
          <w:rFonts w:cs="Arial"/>
          <w:b/>
          <w:bCs/>
        </w:rPr>
        <w:t>prawa</w:t>
      </w:r>
      <w:proofErr w:type="spellEnd"/>
      <w:r w:rsidRPr="00C93B25">
        <w:rPr>
          <w:rFonts w:cs="Arial"/>
          <w:b/>
          <w:bCs/>
        </w:rPr>
        <w:t>:</w:t>
      </w:r>
    </w:p>
    <w:tbl>
      <w:tblPr>
        <w:tblStyle w:val="Tabela-Siatka"/>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400"/>
        <w:gridCol w:w="3615"/>
        <w:gridCol w:w="4545"/>
      </w:tblGrid>
      <w:tr w:rsidR="00A57DAE" w:rsidRPr="00C93B25" w14:paraId="70E10719" w14:textId="77777777">
        <w:trPr>
          <w:trHeight w:val="300"/>
        </w:trPr>
        <w:tc>
          <w:tcPr>
            <w:tcW w:w="2400" w:type="dxa"/>
            <w:tcBorders>
              <w:top w:val="single" w:sz="6" w:space="0" w:color="auto"/>
              <w:left w:val="single" w:sz="6" w:space="0" w:color="auto"/>
              <w:bottom w:val="single" w:sz="4" w:space="0" w:color="000000" w:themeColor="text1"/>
              <w:right w:val="single" w:sz="4" w:space="0" w:color="000000" w:themeColor="text1"/>
            </w:tcBorders>
            <w:shd w:val="clear" w:color="auto" w:fill="EEECE1" w:themeFill="background2"/>
            <w:tcMar>
              <w:top w:w="0" w:type="dxa"/>
              <w:left w:w="105" w:type="dxa"/>
              <w:bottom w:w="0" w:type="dxa"/>
              <w:right w:w="105" w:type="dxa"/>
            </w:tcMar>
            <w:vAlign w:val="center"/>
            <w:hideMark/>
          </w:tcPr>
          <w:p w14:paraId="25610EEA" w14:textId="77777777" w:rsidR="00A57DAE" w:rsidRPr="00C93B25" w:rsidRDefault="00A57DAE" w:rsidP="00C4585C">
            <w:pPr>
              <w:spacing w:line="276" w:lineRule="auto"/>
              <w:rPr>
                <w:rFonts w:cs="Arial"/>
                <w:lang w:val="pl-PL"/>
              </w:rPr>
            </w:pPr>
            <w:r w:rsidRPr="00C93B25">
              <w:rPr>
                <w:rFonts w:cs="Arial"/>
                <w:b/>
                <w:bCs/>
                <w:lang w:val="pl-PL"/>
              </w:rPr>
              <w:lastRenderedPageBreak/>
              <w:t>PRZYSŁUGUJĄCE PRAWO</w:t>
            </w:r>
          </w:p>
        </w:tc>
        <w:tc>
          <w:tcPr>
            <w:tcW w:w="3615" w:type="dxa"/>
            <w:tcBorders>
              <w:top w:val="single" w:sz="6"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Mar>
              <w:top w:w="0" w:type="dxa"/>
              <w:left w:w="105" w:type="dxa"/>
              <w:bottom w:w="0" w:type="dxa"/>
              <w:right w:w="105" w:type="dxa"/>
            </w:tcMar>
            <w:vAlign w:val="center"/>
            <w:hideMark/>
          </w:tcPr>
          <w:p w14:paraId="1785E799" w14:textId="77777777" w:rsidR="00A57DAE" w:rsidRPr="00C93B25" w:rsidRDefault="00A57DAE" w:rsidP="00C4585C">
            <w:pPr>
              <w:spacing w:line="276" w:lineRule="auto"/>
              <w:rPr>
                <w:rFonts w:cs="Arial"/>
                <w:lang w:val="pl-PL"/>
              </w:rPr>
            </w:pPr>
            <w:r w:rsidRPr="00C93B25">
              <w:rPr>
                <w:rFonts w:cs="Arial"/>
                <w:b/>
                <w:bCs/>
                <w:lang w:val="pl-PL"/>
              </w:rPr>
              <w:t>NA CZYM POLEGA</w:t>
            </w:r>
          </w:p>
        </w:tc>
        <w:tc>
          <w:tcPr>
            <w:tcW w:w="4545" w:type="dxa"/>
            <w:tcBorders>
              <w:top w:val="single" w:sz="6" w:space="0" w:color="auto"/>
              <w:left w:val="single" w:sz="4" w:space="0" w:color="000000" w:themeColor="text1"/>
              <w:bottom w:val="single" w:sz="4" w:space="0" w:color="000000" w:themeColor="text1"/>
              <w:right w:val="single" w:sz="6" w:space="0" w:color="auto"/>
            </w:tcBorders>
            <w:shd w:val="clear" w:color="auto" w:fill="EEECE1" w:themeFill="background2"/>
            <w:tcMar>
              <w:top w:w="0" w:type="dxa"/>
              <w:left w:w="105" w:type="dxa"/>
              <w:bottom w:w="0" w:type="dxa"/>
              <w:right w:w="105" w:type="dxa"/>
            </w:tcMar>
            <w:vAlign w:val="center"/>
            <w:hideMark/>
          </w:tcPr>
          <w:p w14:paraId="0712A217" w14:textId="77777777" w:rsidR="00A57DAE" w:rsidRPr="00C93B25" w:rsidRDefault="00A57DAE" w:rsidP="00C4585C">
            <w:pPr>
              <w:spacing w:line="276" w:lineRule="auto"/>
              <w:rPr>
                <w:rFonts w:cs="Arial"/>
                <w:lang w:val="pl-PL"/>
              </w:rPr>
            </w:pPr>
            <w:r w:rsidRPr="00C93B25">
              <w:rPr>
                <w:rFonts w:cs="Arial"/>
                <w:b/>
                <w:bCs/>
                <w:lang w:val="pl-PL"/>
              </w:rPr>
              <w:t>JAK SKORZYSTAĆ</w:t>
            </w:r>
          </w:p>
        </w:tc>
      </w:tr>
      <w:tr w:rsidR="00A57DAE" w:rsidRPr="00C84F2E" w14:paraId="035AE367" w14:textId="77777777">
        <w:trPr>
          <w:trHeight w:val="300"/>
        </w:trPr>
        <w:tc>
          <w:tcPr>
            <w:tcW w:w="240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3DA3383" w14:textId="77777777" w:rsidR="00A57DAE" w:rsidRPr="00C93B25" w:rsidRDefault="00A57DAE" w:rsidP="00C4585C">
            <w:pPr>
              <w:spacing w:line="276" w:lineRule="auto"/>
              <w:rPr>
                <w:rFonts w:cs="Arial"/>
                <w:lang w:val="pl-PL"/>
              </w:rPr>
            </w:pPr>
            <w:r w:rsidRPr="00C93B25">
              <w:rPr>
                <w:rFonts w:cs="Arial"/>
                <w:b/>
                <w:bCs/>
                <w:lang w:val="pl-PL"/>
              </w:rPr>
              <w:t>Dostępu do danych</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4F6CB94" w14:textId="77777777" w:rsidR="00A57DAE" w:rsidRPr="00C93B25" w:rsidRDefault="00A57DAE" w:rsidP="00C4585C">
            <w:pPr>
              <w:spacing w:line="276" w:lineRule="auto"/>
              <w:rPr>
                <w:rFonts w:cs="Arial"/>
                <w:lang w:val="pl-PL"/>
              </w:rPr>
            </w:pPr>
            <w:r w:rsidRPr="00C93B25">
              <w:rPr>
                <w:rFonts w:cs="Arial"/>
                <w:lang w:val="pl-PL"/>
              </w:rPr>
              <w:t xml:space="preserve">Prawo do </w:t>
            </w:r>
            <w:r w:rsidRPr="00C93B25">
              <w:rPr>
                <w:rFonts w:cs="Arial"/>
                <w:b/>
                <w:bCs/>
                <w:lang w:val="pl-PL"/>
              </w:rPr>
              <w:t>uzyskania informacji</w:t>
            </w:r>
            <w:r w:rsidRPr="00C93B25">
              <w:rPr>
                <w:rFonts w:cs="Arial"/>
                <w:lang w:val="pl-PL"/>
              </w:rPr>
              <w:t xml:space="preserve"> o tym czy dysponujemy danymi zainteresowanej osoby, jakie są to dane oraz jak są wykorzystywane. </w:t>
            </w:r>
            <w:r w:rsidRPr="00C93B25">
              <w:rPr>
                <w:rFonts w:cs="Arial"/>
                <w:b/>
                <w:bCs/>
                <w:lang w:val="pl-PL"/>
              </w:rPr>
              <w:t>Informacje przekazuje się w formie notatki.</w:t>
            </w:r>
          </w:p>
        </w:tc>
        <w:tc>
          <w:tcPr>
            <w:tcW w:w="4545"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hideMark/>
          </w:tcPr>
          <w:p w14:paraId="6AECE64C" w14:textId="77777777" w:rsidR="00A57DAE" w:rsidRPr="00C93B25" w:rsidRDefault="00A57DAE" w:rsidP="00C4585C">
            <w:pPr>
              <w:spacing w:line="276" w:lineRule="auto"/>
              <w:rPr>
                <w:rFonts w:cs="Arial"/>
                <w:lang w:val="pl-PL"/>
              </w:rPr>
            </w:pPr>
            <w:r w:rsidRPr="00C93B25">
              <w:rPr>
                <w:rFonts w:cs="Arial"/>
                <w:lang w:val="pl-PL"/>
              </w:rPr>
              <w:t>1. Złóż wniosek – dane kontaktowe znajdują się w punkcie 1. i 2.</w:t>
            </w:r>
          </w:p>
          <w:p w14:paraId="1D4BE347" w14:textId="77777777" w:rsidR="00A57DAE" w:rsidRPr="00C93B25" w:rsidRDefault="00A57DAE" w:rsidP="00C4585C">
            <w:pPr>
              <w:spacing w:line="276" w:lineRule="auto"/>
              <w:rPr>
                <w:rFonts w:cs="Arial"/>
                <w:lang w:val="pl-PL"/>
              </w:rPr>
            </w:pPr>
            <w:r w:rsidRPr="00C93B25">
              <w:rPr>
                <w:rFonts w:cs="Arial"/>
                <w:lang w:val="pl-PL"/>
              </w:rPr>
              <w:t>2. Wskaż swoje dane identyfikacyjne (np. imię i nazwisko) oraz dane kontaktowe.</w:t>
            </w:r>
          </w:p>
        </w:tc>
      </w:tr>
      <w:tr w:rsidR="00A57DAE" w:rsidRPr="00C84F2E" w14:paraId="01FDE88B" w14:textId="77777777">
        <w:trPr>
          <w:trHeight w:val="300"/>
        </w:trPr>
        <w:tc>
          <w:tcPr>
            <w:tcW w:w="240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50D29A45" w14:textId="77777777" w:rsidR="00A57DAE" w:rsidRPr="00C93B25" w:rsidRDefault="00A57DAE" w:rsidP="00C4585C">
            <w:pPr>
              <w:spacing w:line="276" w:lineRule="auto"/>
              <w:rPr>
                <w:rFonts w:cs="Arial"/>
                <w:lang w:val="pl-PL"/>
              </w:rPr>
            </w:pPr>
            <w:r w:rsidRPr="00C93B25">
              <w:rPr>
                <w:rFonts w:cs="Arial"/>
                <w:b/>
                <w:bCs/>
                <w:lang w:val="pl-PL"/>
              </w:rPr>
              <w:t>Sprostowania danych</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A751738" w14:textId="77777777" w:rsidR="00A57DAE" w:rsidRPr="00C93B25" w:rsidRDefault="00A57DAE" w:rsidP="00C4585C">
            <w:pPr>
              <w:spacing w:line="276" w:lineRule="auto"/>
              <w:rPr>
                <w:rFonts w:cs="Arial"/>
                <w:lang w:val="pl-PL"/>
              </w:rPr>
            </w:pPr>
            <w:r w:rsidRPr="00C93B25">
              <w:rPr>
                <w:rFonts w:cs="Arial"/>
                <w:lang w:val="pl-PL"/>
              </w:rPr>
              <w:t xml:space="preserve">Prawo do </w:t>
            </w:r>
            <w:r w:rsidRPr="00C93B25">
              <w:rPr>
                <w:rFonts w:cs="Arial"/>
                <w:b/>
                <w:bCs/>
                <w:lang w:val="pl-PL"/>
              </w:rPr>
              <w:t>poprawiania</w:t>
            </w:r>
            <w:r w:rsidRPr="00C93B25">
              <w:rPr>
                <w:rFonts w:cs="Arial"/>
                <w:lang w:val="pl-PL"/>
              </w:rPr>
              <w:t xml:space="preserve"> nieprawidłowych danych, </w:t>
            </w:r>
            <w:r w:rsidRPr="00C93B25">
              <w:rPr>
                <w:rFonts w:cs="Arial"/>
                <w:b/>
                <w:bCs/>
                <w:lang w:val="pl-PL"/>
              </w:rPr>
              <w:t>aktualizacji</w:t>
            </w:r>
            <w:r w:rsidRPr="00C93B25">
              <w:rPr>
                <w:rFonts w:cs="Arial"/>
                <w:lang w:val="pl-PL"/>
              </w:rPr>
              <w:t xml:space="preserve"> nieaktualnych oraz </w:t>
            </w:r>
            <w:r w:rsidRPr="00C93B25">
              <w:rPr>
                <w:rFonts w:cs="Arial"/>
                <w:b/>
                <w:bCs/>
                <w:lang w:val="pl-PL"/>
              </w:rPr>
              <w:t>uzupełniania</w:t>
            </w:r>
            <w:r w:rsidRPr="00C93B25">
              <w:rPr>
                <w:rFonts w:cs="Arial"/>
                <w:lang w:val="pl-PL"/>
              </w:rPr>
              <w:t xml:space="preserve"> niekompletnych.</w:t>
            </w:r>
          </w:p>
        </w:tc>
        <w:tc>
          <w:tcPr>
            <w:tcW w:w="4545"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hideMark/>
          </w:tcPr>
          <w:p w14:paraId="39088421" w14:textId="77777777" w:rsidR="00A57DAE" w:rsidRPr="00C93B25" w:rsidRDefault="00A57DAE" w:rsidP="00C4585C">
            <w:pPr>
              <w:spacing w:line="276" w:lineRule="auto"/>
              <w:rPr>
                <w:rFonts w:cs="Arial"/>
                <w:lang w:val="pl-PL"/>
              </w:rPr>
            </w:pPr>
            <w:r w:rsidRPr="00C93B25">
              <w:rPr>
                <w:rFonts w:cs="Arial"/>
                <w:lang w:val="pl-PL"/>
              </w:rPr>
              <w:t>1. Złóż wniosek – dane kontaktowe znajdują się w punkcie 1. i 2.</w:t>
            </w:r>
          </w:p>
          <w:p w14:paraId="16C1B617" w14:textId="77777777" w:rsidR="00A57DAE" w:rsidRPr="00C93B25" w:rsidRDefault="00A57DAE" w:rsidP="00C4585C">
            <w:pPr>
              <w:spacing w:line="276" w:lineRule="auto"/>
              <w:rPr>
                <w:rFonts w:cs="Arial"/>
                <w:lang w:val="pl-PL"/>
              </w:rPr>
            </w:pPr>
            <w:r w:rsidRPr="00C93B25">
              <w:rPr>
                <w:rFonts w:cs="Arial"/>
                <w:lang w:val="pl-PL"/>
              </w:rPr>
              <w:t>2. Wskaż swoje dane identyfikacyjne (np. imię i nazwisko) oraz dane kontaktowe.</w:t>
            </w:r>
          </w:p>
          <w:p w14:paraId="20734A81" w14:textId="77777777" w:rsidR="00A57DAE" w:rsidRPr="00C93B25" w:rsidRDefault="00A57DAE" w:rsidP="00C4585C">
            <w:pPr>
              <w:spacing w:line="276" w:lineRule="auto"/>
              <w:rPr>
                <w:rFonts w:cs="Arial"/>
                <w:lang w:val="pl-PL"/>
              </w:rPr>
            </w:pPr>
            <w:r w:rsidRPr="00C93B25">
              <w:rPr>
                <w:rFonts w:cs="Arial"/>
                <w:lang w:val="pl-PL"/>
              </w:rPr>
              <w:t>2. Wskaż dokładnie które informacje na swój temat uznajesz za błędne, nieaktualne lub niekompletne.</w:t>
            </w:r>
          </w:p>
        </w:tc>
      </w:tr>
      <w:tr w:rsidR="00A57DAE" w:rsidRPr="00C84F2E" w14:paraId="52962EC9" w14:textId="77777777">
        <w:trPr>
          <w:trHeight w:val="300"/>
        </w:trPr>
        <w:tc>
          <w:tcPr>
            <w:tcW w:w="240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4CEE063" w14:textId="77777777" w:rsidR="00A57DAE" w:rsidRPr="00C93B25" w:rsidRDefault="00A57DAE" w:rsidP="00C4585C">
            <w:pPr>
              <w:spacing w:line="276" w:lineRule="auto"/>
              <w:rPr>
                <w:rFonts w:cs="Arial"/>
                <w:lang w:val="pl-PL"/>
              </w:rPr>
            </w:pPr>
            <w:r w:rsidRPr="00C93B25">
              <w:rPr>
                <w:rFonts w:cs="Arial"/>
                <w:b/>
                <w:bCs/>
                <w:lang w:val="pl-PL"/>
              </w:rPr>
              <w:t>Usunięcia danych</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F82D8D0" w14:textId="77777777" w:rsidR="00A57DAE" w:rsidRPr="00C93B25" w:rsidRDefault="00A57DAE" w:rsidP="00C4585C">
            <w:pPr>
              <w:spacing w:line="276" w:lineRule="auto"/>
              <w:rPr>
                <w:rFonts w:cs="Arial"/>
                <w:lang w:val="pl-PL"/>
              </w:rPr>
            </w:pPr>
            <w:r w:rsidRPr="00C93B25">
              <w:rPr>
                <w:rFonts w:cs="Arial"/>
                <w:lang w:val="pl-PL"/>
              </w:rPr>
              <w:t>Prawo do</w:t>
            </w:r>
            <w:r w:rsidRPr="00C93B25">
              <w:rPr>
                <w:rFonts w:cs="Arial"/>
                <w:b/>
                <w:bCs/>
                <w:lang w:val="pl-PL"/>
              </w:rPr>
              <w:t xml:space="preserve"> bycia zapomnianym – </w:t>
            </w:r>
            <w:r w:rsidRPr="00C93B25">
              <w:rPr>
                <w:rFonts w:cs="Arial"/>
                <w:lang w:val="pl-PL"/>
              </w:rPr>
              <w:t xml:space="preserve">żądania, by dane dotyczące zainteresowanej osoby zostały </w:t>
            </w:r>
            <w:r w:rsidRPr="00C93B25">
              <w:rPr>
                <w:rFonts w:cs="Arial"/>
                <w:b/>
                <w:bCs/>
                <w:lang w:val="pl-PL"/>
              </w:rPr>
              <w:t>skasowane.</w:t>
            </w:r>
          </w:p>
        </w:tc>
        <w:tc>
          <w:tcPr>
            <w:tcW w:w="4545"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hideMark/>
          </w:tcPr>
          <w:p w14:paraId="29C4596E" w14:textId="77777777" w:rsidR="00A57DAE" w:rsidRPr="00C93B25" w:rsidRDefault="00A57DAE" w:rsidP="00C4585C">
            <w:pPr>
              <w:spacing w:line="276" w:lineRule="auto"/>
              <w:rPr>
                <w:rFonts w:cs="Arial"/>
                <w:lang w:val="pl-PL"/>
              </w:rPr>
            </w:pPr>
            <w:r w:rsidRPr="00C93B25">
              <w:rPr>
                <w:rFonts w:cs="Arial"/>
                <w:lang w:val="pl-PL"/>
              </w:rPr>
              <w:t>1. Złóż wniosek – dane kontaktowe znajdują się w punkcie 1. i 2.</w:t>
            </w:r>
          </w:p>
          <w:p w14:paraId="6CA78C30" w14:textId="77777777" w:rsidR="00A57DAE" w:rsidRPr="00C93B25" w:rsidRDefault="00A57DAE" w:rsidP="00C4585C">
            <w:pPr>
              <w:spacing w:line="276" w:lineRule="auto"/>
              <w:rPr>
                <w:rFonts w:cs="Arial"/>
                <w:lang w:val="pl-PL"/>
              </w:rPr>
            </w:pPr>
            <w:r w:rsidRPr="00C93B25">
              <w:rPr>
                <w:rFonts w:cs="Arial"/>
                <w:lang w:val="pl-PL"/>
              </w:rPr>
              <w:t>2. Wskaż swoje dane identyfikacyjne (np. imię i nazwisko) oraz dane kontaktowe.</w:t>
            </w:r>
          </w:p>
          <w:p w14:paraId="72BA10F9" w14:textId="77777777" w:rsidR="00A57DAE" w:rsidRPr="00C93B25" w:rsidRDefault="00A57DAE" w:rsidP="00C4585C">
            <w:pPr>
              <w:spacing w:line="276" w:lineRule="auto"/>
              <w:rPr>
                <w:rFonts w:cs="Arial"/>
                <w:lang w:val="pl-PL"/>
              </w:rPr>
            </w:pPr>
            <w:r w:rsidRPr="00C93B25">
              <w:rPr>
                <w:rFonts w:cs="Arial"/>
                <w:lang w:val="pl-PL"/>
              </w:rPr>
              <w:t>3. Wskaż dokładnie zakres danych osobowych, które mają zostać usunięte – mogą to być poszczególne informacje albo wszystkie dane osobowe, zgromadzone do celów związanych z obsługą roszczeń.</w:t>
            </w:r>
          </w:p>
          <w:p w14:paraId="672A0888" w14:textId="77777777" w:rsidR="00A57DAE" w:rsidRPr="00C93B25" w:rsidRDefault="00A57DAE" w:rsidP="00C4585C">
            <w:pPr>
              <w:spacing w:line="276" w:lineRule="auto"/>
              <w:rPr>
                <w:rFonts w:cs="Arial"/>
                <w:lang w:val="pl-PL"/>
              </w:rPr>
            </w:pPr>
            <w:r w:rsidRPr="00C93B25">
              <w:rPr>
                <w:rFonts w:cs="Arial"/>
                <w:lang w:val="pl-PL"/>
              </w:rPr>
              <w:t>4. Uzasadnij swoje stanowisko. Pamiętaj: usunięcie danych osobowych może nastąpić wyłącznie po spełnieniu jednej z przesłanek opisanych po lewej – w przeciwnym razie wniosek zostanie odrzucony.</w:t>
            </w:r>
          </w:p>
        </w:tc>
      </w:tr>
      <w:tr w:rsidR="00A57DAE" w:rsidRPr="00C84F2E" w14:paraId="530F88BB" w14:textId="77777777">
        <w:trPr>
          <w:trHeight w:val="300"/>
        </w:trPr>
        <w:tc>
          <w:tcPr>
            <w:tcW w:w="2400"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68DA5A4" w14:textId="77777777" w:rsidR="00A57DAE" w:rsidRPr="00C93B25" w:rsidRDefault="00A57DAE" w:rsidP="00C4585C">
            <w:pPr>
              <w:spacing w:line="276" w:lineRule="auto"/>
              <w:rPr>
                <w:rFonts w:cs="Arial"/>
                <w:lang w:val="pl-PL"/>
              </w:rPr>
            </w:pPr>
            <w:r w:rsidRPr="00C93B25">
              <w:rPr>
                <w:rFonts w:cs="Arial"/>
                <w:b/>
                <w:bCs/>
                <w:lang w:val="pl-PL"/>
              </w:rPr>
              <w:t>Ograniczenia przetwarzania</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63186F80" w14:textId="77777777" w:rsidR="00A57DAE" w:rsidRPr="00C93B25" w:rsidRDefault="00A57DAE" w:rsidP="00C4585C">
            <w:pPr>
              <w:spacing w:line="276" w:lineRule="auto"/>
              <w:rPr>
                <w:rFonts w:cs="Arial"/>
                <w:lang w:val="pl-PL"/>
              </w:rPr>
            </w:pPr>
            <w:r w:rsidRPr="00C93B25">
              <w:rPr>
                <w:rFonts w:cs="Arial"/>
                <w:lang w:val="pl-PL"/>
              </w:rPr>
              <w:t>Prawo do żądania, by dane nie były więcej wykorzystywane w określonym celu.</w:t>
            </w:r>
          </w:p>
        </w:tc>
        <w:tc>
          <w:tcPr>
            <w:tcW w:w="4545"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105" w:type="dxa"/>
              <w:bottom w:w="0" w:type="dxa"/>
              <w:right w:w="105" w:type="dxa"/>
            </w:tcMar>
            <w:hideMark/>
          </w:tcPr>
          <w:p w14:paraId="3B7A630F" w14:textId="77777777" w:rsidR="00A57DAE" w:rsidRPr="00C93B25" w:rsidRDefault="00A57DAE" w:rsidP="00C4585C">
            <w:pPr>
              <w:spacing w:line="276" w:lineRule="auto"/>
              <w:rPr>
                <w:rFonts w:cs="Arial"/>
                <w:lang w:val="pl-PL"/>
              </w:rPr>
            </w:pPr>
            <w:r w:rsidRPr="00C93B25">
              <w:rPr>
                <w:rFonts w:cs="Arial"/>
                <w:lang w:val="pl-PL"/>
              </w:rPr>
              <w:t>1. Złóż wniosek – dane kontaktowe znajdują się w punkcie 1. i 2.</w:t>
            </w:r>
          </w:p>
          <w:p w14:paraId="6136FCF4" w14:textId="77777777" w:rsidR="00A57DAE" w:rsidRPr="00C93B25" w:rsidRDefault="00A57DAE" w:rsidP="00C4585C">
            <w:pPr>
              <w:spacing w:line="276" w:lineRule="auto"/>
              <w:rPr>
                <w:rFonts w:cs="Arial"/>
                <w:lang w:val="pl-PL"/>
              </w:rPr>
            </w:pPr>
            <w:r w:rsidRPr="00C93B25">
              <w:rPr>
                <w:rFonts w:cs="Arial"/>
                <w:lang w:val="pl-PL"/>
              </w:rPr>
              <w:t>2. Wskaż swoje dane identyfikacyjne (np. imię i nazwisko) oraz dane kontaktowe.</w:t>
            </w:r>
          </w:p>
          <w:p w14:paraId="159319EC" w14:textId="77777777" w:rsidR="00A57DAE" w:rsidRPr="00C93B25" w:rsidRDefault="00A57DAE" w:rsidP="00C4585C">
            <w:pPr>
              <w:spacing w:line="276" w:lineRule="auto"/>
              <w:rPr>
                <w:rFonts w:cs="Arial"/>
                <w:lang w:val="pl-PL"/>
              </w:rPr>
            </w:pPr>
            <w:r w:rsidRPr="00C93B25">
              <w:rPr>
                <w:rFonts w:cs="Arial"/>
                <w:lang w:val="pl-PL"/>
              </w:rPr>
              <w:t>3. Wskaż dokładnie w jakim zakresie należy ograniczyć korzystanie z danych osobowych – możesz oznaczyć pojedyncze cele, dla realizacji których wykorzystywane są dane osobowe albo wszystkie.</w:t>
            </w:r>
          </w:p>
          <w:p w14:paraId="4756412F" w14:textId="77777777" w:rsidR="00A57DAE" w:rsidRPr="00C93B25" w:rsidRDefault="00A57DAE" w:rsidP="00C4585C">
            <w:pPr>
              <w:spacing w:line="276" w:lineRule="auto"/>
              <w:rPr>
                <w:rFonts w:cs="Arial"/>
                <w:lang w:val="pl-PL"/>
              </w:rPr>
            </w:pPr>
            <w:r w:rsidRPr="00C93B25">
              <w:rPr>
                <w:rFonts w:cs="Arial"/>
                <w:lang w:val="pl-PL"/>
              </w:rPr>
              <w:t>4. Uzasadnij swoje stanowisko. Pamiętaj: ograniczenie przetwarzania danych osobowych może nastąpić wyłącznie po spełnieniu jednej z przesłanek opisanych obok – w przeciwnym razie wniosek zostanie odrzucony.</w:t>
            </w:r>
          </w:p>
        </w:tc>
      </w:tr>
      <w:tr w:rsidR="00A57DAE" w:rsidRPr="00C84F2E" w14:paraId="10DF839B" w14:textId="77777777">
        <w:trPr>
          <w:trHeight w:val="300"/>
        </w:trPr>
        <w:tc>
          <w:tcPr>
            <w:tcW w:w="2400"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DD9C3" w:themeFill="background2" w:themeFillShade="E6"/>
            <w:tcMar>
              <w:top w:w="0" w:type="dxa"/>
              <w:left w:w="105" w:type="dxa"/>
              <w:bottom w:w="0" w:type="dxa"/>
              <w:right w:w="105" w:type="dxa"/>
            </w:tcMar>
            <w:hideMark/>
          </w:tcPr>
          <w:p w14:paraId="15FD53EA" w14:textId="77777777" w:rsidR="00A57DAE" w:rsidRPr="00C93B25" w:rsidRDefault="00A57DAE" w:rsidP="00C4585C">
            <w:pPr>
              <w:spacing w:line="276" w:lineRule="auto"/>
              <w:rPr>
                <w:rFonts w:cs="Arial"/>
                <w:lang w:val="pl-PL"/>
              </w:rPr>
            </w:pPr>
            <w:r w:rsidRPr="00C93B25">
              <w:rPr>
                <w:rFonts w:cs="Arial"/>
                <w:b/>
                <w:bCs/>
                <w:lang w:val="pl-PL"/>
              </w:rPr>
              <w:t>Sprzeciwu</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Mar>
              <w:top w:w="0" w:type="dxa"/>
              <w:left w:w="105" w:type="dxa"/>
              <w:bottom w:w="0" w:type="dxa"/>
              <w:right w:w="105" w:type="dxa"/>
            </w:tcMar>
            <w:hideMark/>
          </w:tcPr>
          <w:p w14:paraId="3288F3A7" w14:textId="77777777" w:rsidR="00A57DAE" w:rsidRPr="00C93B25" w:rsidRDefault="00A57DAE" w:rsidP="00C4585C">
            <w:pPr>
              <w:spacing w:line="276" w:lineRule="auto"/>
              <w:rPr>
                <w:rFonts w:cs="Arial"/>
                <w:lang w:val="pl-PL"/>
              </w:rPr>
            </w:pPr>
            <w:r w:rsidRPr="00C93B25">
              <w:rPr>
                <w:rFonts w:cs="Arial"/>
                <w:lang w:val="pl-PL"/>
              </w:rPr>
              <w:t xml:space="preserve">Prawo do żądania, byśmy zaprzestali wykorzystywania danych osoby składającej sprzeciw do celów związanych ze </w:t>
            </w:r>
            <w:r w:rsidRPr="00C93B25">
              <w:rPr>
                <w:rFonts w:cs="Arial"/>
                <w:lang w:val="pl-PL"/>
              </w:rPr>
              <w:lastRenderedPageBreak/>
              <w:t>sprawowaniem władzy publicznej, realizacji zadań publicznych lub ochrony swoich uzasadnionych interesów prawnych, z uwagi na szczególną (wyjątkową) sytuację danej osoby.</w:t>
            </w:r>
          </w:p>
        </w:tc>
        <w:tc>
          <w:tcPr>
            <w:tcW w:w="4545"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DDD9C3" w:themeFill="background2" w:themeFillShade="E6"/>
            <w:tcMar>
              <w:top w:w="0" w:type="dxa"/>
              <w:left w:w="105" w:type="dxa"/>
              <w:bottom w:w="0" w:type="dxa"/>
              <w:right w:w="105" w:type="dxa"/>
            </w:tcMar>
            <w:hideMark/>
          </w:tcPr>
          <w:p w14:paraId="4AF8179F" w14:textId="77777777" w:rsidR="00A57DAE" w:rsidRPr="00C93B25" w:rsidRDefault="00A57DAE" w:rsidP="00C4585C">
            <w:pPr>
              <w:spacing w:line="276" w:lineRule="auto"/>
              <w:rPr>
                <w:rFonts w:cs="Arial"/>
                <w:lang w:val="pl-PL"/>
              </w:rPr>
            </w:pPr>
            <w:r w:rsidRPr="00C93B25">
              <w:rPr>
                <w:rFonts w:cs="Arial"/>
                <w:lang w:val="pl-PL"/>
              </w:rPr>
              <w:lastRenderedPageBreak/>
              <w:t>1. Złóż wniosek – dane kontaktowe znajdują się w punkcie 1. i 2.</w:t>
            </w:r>
          </w:p>
          <w:p w14:paraId="2AAF1351" w14:textId="77777777" w:rsidR="00A57DAE" w:rsidRPr="00C93B25" w:rsidRDefault="00A57DAE" w:rsidP="00C4585C">
            <w:pPr>
              <w:spacing w:line="276" w:lineRule="auto"/>
              <w:rPr>
                <w:rFonts w:cs="Arial"/>
                <w:lang w:val="pl-PL"/>
              </w:rPr>
            </w:pPr>
            <w:r w:rsidRPr="00C93B25">
              <w:rPr>
                <w:rFonts w:cs="Arial"/>
                <w:lang w:val="pl-PL"/>
              </w:rPr>
              <w:t>2. Wskaż swoje dane identyfikacyjne (np. imię i nazwisko) oraz dane kontaktowe.</w:t>
            </w:r>
          </w:p>
          <w:p w14:paraId="1984DB20" w14:textId="77777777" w:rsidR="00A57DAE" w:rsidRPr="00C93B25" w:rsidRDefault="00A57DAE" w:rsidP="00C4585C">
            <w:pPr>
              <w:spacing w:line="276" w:lineRule="auto"/>
              <w:rPr>
                <w:rFonts w:cs="Arial"/>
                <w:lang w:val="pl-PL"/>
              </w:rPr>
            </w:pPr>
            <w:r w:rsidRPr="00C93B25">
              <w:rPr>
                <w:rFonts w:cs="Arial"/>
                <w:lang w:val="pl-PL"/>
              </w:rPr>
              <w:lastRenderedPageBreak/>
              <w:t>3. Wskaż dokładnie którym celom przetwarzania danych osobowych się sprzeciwiasz.</w:t>
            </w:r>
          </w:p>
          <w:p w14:paraId="18D72628" w14:textId="77777777" w:rsidR="00A57DAE" w:rsidRPr="00C93B25" w:rsidRDefault="00A57DAE" w:rsidP="00C4585C">
            <w:pPr>
              <w:spacing w:line="276" w:lineRule="auto"/>
              <w:rPr>
                <w:rFonts w:cs="Arial"/>
                <w:lang w:val="pl-PL"/>
              </w:rPr>
            </w:pPr>
            <w:r w:rsidRPr="00C93B25">
              <w:rPr>
                <w:rFonts w:cs="Arial"/>
                <w:lang w:val="pl-PL"/>
              </w:rPr>
              <w:t>4. Uzasadnij swoje stanowisko, aby zwiększyć szanse na pozytywne rozpatrzenie sprzeciwu. Opisz na czym polega szczególny charakter sytuacji, w której się znajdujesz.</w:t>
            </w:r>
          </w:p>
        </w:tc>
      </w:tr>
      <w:tr w:rsidR="00A57DAE" w:rsidRPr="00C84F2E" w14:paraId="42B5000B" w14:textId="77777777">
        <w:trPr>
          <w:trHeight w:val="300"/>
        </w:trPr>
        <w:tc>
          <w:tcPr>
            <w:tcW w:w="2400" w:type="dxa"/>
            <w:tcBorders>
              <w:top w:val="single" w:sz="4" w:space="0" w:color="000000" w:themeColor="text1"/>
              <w:left w:val="single" w:sz="6" w:space="0" w:color="auto"/>
              <w:bottom w:val="single" w:sz="6" w:space="0" w:color="auto"/>
              <w:right w:val="single" w:sz="4" w:space="0" w:color="000000" w:themeColor="text1"/>
            </w:tcBorders>
            <w:tcMar>
              <w:top w:w="0" w:type="dxa"/>
              <w:left w:w="105" w:type="dxa"/>
              <w:bottom w:w="0" w:type="dxa"/>
              <w:right w:w="105" w:type="dxa"/>
            </w:tcMar>
            <w:hideMark/>
          </w:tcPr>
          <w:p w14:paraId="69C89830" w14:textId="77777777" w:rsidR="00A57DAE" w:rsidRPr="00C93B25" w:rsidRDefault="00A57DAE" w:rsidP="00C4585C">
            <w:pPr>
              <w:spacing w:line="276" w:lineRule="auto"/>
              <w:rPr>
                <w:rFonts w:cs="Arial"/>
                <w:lang w:val="pl-PL"/>
              </w:rPr>
            </w:pPr>
            <w:r w:rsidRPr="00C93B25">
              <w:rPr>
                <w:rFonts w:cs="Arial"/>
                <w:b/>
                <w:bCs/>
                <w:lang w:val="pl-PL"/>
              </w:rPr>
              <w:lastRenderedPageBreak/>
              <w:t>Skargi do Prezesa Urzędu Ochrony Danych Osobowych</w:t>
            </w:r>
          </w:p>
        </w:tc>
        <w:tc>
          <w:tcPr>
            <w:tcW w:w="3615" w:type="dxa"/>
            <w:tcBorders>
              <w:top w:val="single" w:sz="4" w:space="0" w:color="000000" w:themeColor="text1"/>
              <w:left w:val="single" w:sz="4" w:space="0" w:color="000000" w:themeColor="text1"/>
              <w:bottom w:val="single" w:sz="6" w:space="0" w:color="000000" w:themeColor="text1"/>
              <w:right w:val="single" w:sz="4" w:space="0" w:color="000000" w:themeColor="text1"/>
            </w:tcBorders>
            <w:tcMar>
              <w:top w:w="0" w:type="dxa"/>
              <w:left w:w="105" w:type="dxa"/>
              <w:bottom w:w="0" w:type="dxa"/>
              <w:right w:w="105" w:type="dxa"/>
            </w:tcMar>
            <w:hideMark/>
          </w:tcPr>
          <w:p w14:paraId="4F836332" w14:textId="77777777" w:rsidR="00A57DAE" w:rsidRPr="00C93B25" w:rsidRDefault="00A57DAE" w:rsidP="00C4585C">
            <w:pPr>
              <w:spacing w:line="276" w:lineRule="auto"/>
              <w:rPr>
                <w:rFonts w:cs="Arial"/>
                <w:lang w:val="pl-PL"/>
              </w:rPr>
            </w:pPr>
            <w:r w:rsidRPr="00C93B25">
              <w:rPr>
                <w:rFonts w:cs="Arial"/>
                <w:lang w:val="pl-PL"/>
              </w:rPr>
              <w:t>Prawo do zawiadomienia organu nadzorującego przestrzeganie przepisów o ochronie danych osobowych o naruszeniu prawa.</w:t>
            </w:r>
          </w:p>
        </w:tc>
        <w:tc>
          <w:tcPr>
            <w:tcW w:w="4545"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hideMark/>
          </w:tcPr>
          <w:p w14:paraId="7E81555E" w14:textId="77777777" w:rsidR="00A57DAE" w:rsidRPr="00C93B25" w:rsidRDefault="00A57DAE" w:rsidP="00C4585C">
            <w:pPr>
              <w:spacing w:line="276" w:lineRule="auto"/>
              <w:rPr>
                <w:rFonts w:cs="Arial"/>
                <w:lang w:val="pl-PL"/>
              </w:rPr>
            </w:pPr>
            <w:r w:rsidRPr="00C93B25">
              <w:rPr>
                <w:rFonts w:cs="Arial"/>
                <w:lang w:val="pl-PL"/>
              </w:rPr>
              <w:t xml:space="preserve">Skontaktuj się z </w:t>
            </w:r>
            <w:r w:rsidRPr="00C93B25">
              <w:rPr>
                <w:rFonts w:cs="Arial"/>
                <w:b/>
                <w:bCs/>
                <w:lang w:val="pl-PL"/>
              </w:rPr>
              <w:t>Urzędem Ochrony Danych Osobowych.</w:t>
            </w:r>
          </w:p>
        </w:tc>
      </w:tr>
    </w:tbl>
    <w:p w14:paraId="34CF7A71" w14:textId="3175FAE7" w:rsidR="00A57DAE" w:rsidRPr="004B3F90" w:rsidRDefault="00A57DAE" w:rsidP="00C4585C">
      <w:pPr>
        <w:numPr>
          <w:ilvl w:val="0"/>
          <w:numId w:val="11"/>
        </w:numPr>
        <w:spacing w:after="0"/>
        <w:rPr>
          <w:rFonts w:cs="Arial"/>
          <w:lang w:val="pl-PL"/>
        </w:rPr>
      </w:pPr>
      <w:r w:rsidRPr="004B3F90">
        <w:rPr>
          <w:rFonts w:cs="Arial"/>
          <w:b/>
          <w:bCs/>
          <w:lang w:val="pl-PL"/>
        </w:rPr>
        <w:t>Czy podanie danych jest konieczne:</w:t>
      </w:r>
      <w:r w:rsidRPr="004B3F90">
        <w:rPr>
          <w:rFonts w:cs="Arial"/>
          <w:lang w:val="pl-PL"/>
        </w:rPr>
        <w:t xml:space="preserve"> podanie danych osobowych jest niezbędne do wzięcia udziału w </w:t>
      </w:r>
      <w:r w:rsidR="007C645F" w:rsidRPr="00C93B25">
        <w:rPr>
          <w:rFonts w:cs="Arial"/>
          <w:lang w:val="pl-PL"/>
        </w:rPr>
        <w:t>Turnieju Piłki Siatkowej Plażowej o Puchar Burmistrza Mias</w:t>
      </w:r>
      <w:r w:rsidR="008257F3" w:rsidRPr="00C93B25">
        <w:rPr>
          <w:rFonts w:cs="Arial"/>
          <w:lang w:val="pl-PL"/>
        </w:rPr>
        <w:t xml:space="preserve">ta </w:t>
      </w:r>
      <w:r w:rsidR="00E64AD1" w:rsidRPr="00C93B25">
        <w:rPr>
          <w:rFonts w:cs="Arial"/>
          <w:lang w:val="pl-PL"/>
        </w:rPr>
        <w:t>i Gminy Lesko</w:t>
      </w:r>
      <w:r w:rsidRPr="004B3F90">
        <w:rPr>
          <w:rFonts w:cs="Arial"/>
          <w:lang w:val="pl-PL"/>
        </w:rPr>
        <w:t>.</w:t>
      </w:r>
    </w:p>
    <w:p w14:paraId="16990FBA" w14:textId="09B4715E" w:rsidR="00A57DAE" w:rsidRPr="004B3F90" w:rsidRDefault="00A57DAE" w:rsidP="00C4585C">
      <w:pPr>
        <w:numPr>
          <w:ilvl w:val="0"/>
          <w:numId w:val="11"/>
        </w:numPr>
        <w:spacing w:after="0"/>
        <w:rPr>
          <w:rFonts w:cs="Arial"/>
          <w:lang w:val="pl-PL"/>
        </w:rPr>
      </w:pPr>
      <w:r w:rsidRPr="004B3F90">
        <w:rPr>
          <w:rFonts w:cs="Arial"/>
          <w:b/>
          <w:bCs/>
          <w:lang w:val="pl-PL"/>
        </w:rPr>
        <w:t>Konsekwencje niepodania danych:</w:t>
      </w:r>
      <w:r w:rsidRPr="004B3F90">
        <w:rPr>
          <w:rFonts w:cs="Arial"/>
          <w:lang w:val="pl-PL"/>
        </w:rPr>
        <w:t xml:space="preserve"> brak możliwości uczestniczenia </w:t>
      </w:r>
      <w:r w:rsidR="00E64AD1" w:rsidRPr="00C93B25">
        <w:rPr>
          <w:rFonts w:cs="Arial"/>
          <w:lang w:val="pl-PL"/>
        </w:rPr>
        <w:t>w Turnieju.</w:t>
      </w:r>
    </w:p>
    <w:p w14:paraId="08FD21C6" w14:textId="77777777" w:rsidR="00A57DAE" w:rsidRPr="004B3F90" w:rsidRDefault="00A57DAE" w:rsidP="00C4585C">
      <w:pPr>
        <w:numPr>
          <w:ilvl w:val="0"/>
          <w:numId w:val="11"/>
        </w:numPr>
        <w:spacing w:after="0"/>
        <w:rPr>
          <w:rFonts w:cs="Arial"/>
          <w:lang w:val="pl-PL"/>
        </w:rPr>
      </w:pPr>
      <w:r w:rsidRPr="004B3F90">
        <w:rPr>
          <w:rFonts w:cs="Arial"/>
          <w:b/>
          <w:bCs/>
          <w:lang w:val="pl-PL"/>
        </w:rPr>
        <w:t>Zautomatyzowane podejmowanie decyzji:</w:t>
      </w:r>
      <w:r w:rsidRPr="004B3F90">
        <w:rPr>
          <w:rFonts w:cs="Arial"/>
          <w:lang w:val="pl-PL"/>
        </w:rPr>
        <w:t xml:space="preserve"> nie dotyczy.</w:t>
      </w:r>
    </w:p>
    <w:p w14:paraId="72055C2E" w14:textId="77777777" w:rsidR="00A57DAE" w:rsidRPr="00C93B25" w:rsidRDefault="00A57DAE" w:rsidP="00C4585C">
      <w:pPr>
        <w:numPr>
          <w:ilvl w:val="0"/>
          <w:numId w:val="11"/>
        </w:numPr>
        <w:spacing w:after="0"/>
        <w:rPr>
          <w:rFonts w:cs="Arial"/>
        </w:rPr>
      </w:pPr>
      <w:proofErr w:type="spellStart"/>
      <w:r w:rsidRPr="00C93B25">
        <w:rPr>
          <w:rFonts w:cs="Arial"/>
          <w:b/>
          <w:bCs/>
        </w:rPr>
        <w:t>Profilowanie</w:t>
      </w:r>
      <w:proofErr w:type="spellEnd"/>
      <w:r w:rsidRPr="00C93B25">
        <w:rPr>
          <w:rFonts w:cs="Arial"/>
          <w:b/>
          <w:bCs/>
        </w:rPr>
        <w:t>:</w:t>
      </w:r>
      <w:r w:rsidRPr="00C93B25">
        <w:rPr>
          <w:rFonts w:cs="Arial"/>
        </w:rPr>
        <w:t xml:space="preserve"> nie dotyczy.</w:t>
      </w:r>
    </w:p>
    <w:p w14:paraId="0BD6F611" w14:textId="77777777" w:rsidR="00A57DAE" w:rsidRPr="00C93B25" w:rsidRDefault="00A57DAE" w:rsidP="0038742E">
      <w:pPr>
        <w:rPr>
          <w:rFonts w:cs="Arial"/>
          <w:lang w:val="pl-PL"/>
        </w:rPr>
      </w:pPr>
    </w:p>
    <w:p w14:paraId="404C59E7" w14:textId="77777777" w:rsidR="00C93B25" w:rsidRPr="00C93B25" w:rsidRDefault="00C93B25" w:rsidP="0038742E">
      <w:pPr>
        <w:rPr>
          <w:rFonts w:cs="Arial"/>
          <w:lang w:val="pl-PL"/>
        </w:rPr>
      </w:pPr>
    </w:p>
    <w:p w14:paraId="080E7C75" w14:textId="77777777" w:rsidR="00C93B25" w:rsidRPr="00C93B25" w:rsidRDefault="00C93B25" w:rsidP="0038742E">
      <w:pPr>
        <w:rPr>
          <w:rFonts w:cs="Arial"/>
          <w:lang w:val="pl-PL"/>
        </w:rPr>
      </w:pPr>
    </w:p>
    <w:p w14:paraId="493ACC5A" w14:textId="77777777" w:rsidR="00C93B25" w:rsidRPr="00C93B25" w:rsidRDefault="00C93B25" w:rsidP="0038742E">
      <w:pPr>
        <w:rPr>
          <w:rFonts w:cs="Arial"/>
          <w:lang w:val="pl-PL"/>
        </w:rPr>
      </w:pPr>
    </w:p>
    <w:p w14:paraId="419CA671" w14:textId="77777777" w:rsidR="00C93B25" w:rsidRPr="00C93B25" w:rsidRDefault="00C93B25" w:rsidP="0038742E">
      <w:pPr>
        <w:rPr>
          <w:rFonts w:cs="Arial"/>
          <w:lang w:val="pl-PL"/>
        </w:rPr>
      </w:pPr>
    </w:p>
    <w:p w14:paraId="5E6DFD81" w14:textId="1FABAF04" w:rsidR="00C93B25" w:rsidRPr="00C93B25" w:rsidRDefault="00C93B25" w:rsidP="0038742E">
      <w:pPr>
        <w:rPr>
          <w:rFonts w:cs="Arial"/>
          <w:lang w:val="pl-PL"/>
        </w:rPr>
      </w:pPr>
    </w:p>
    <w:p w14:paraId="13EFC251" w14:textId="77777777" w:rsidR="00C93B25" w:rsidRPr="00C93B25" w:rsidRDefault="00C93B25" w:rsidP="0038742E">
      <w:pPr>
        <w:rPr>
          <w:rFonts w:cs="Arial"/>
          <w:lang w:val="pl-PL"/>
        </w:rPr>
      </w:pPr>
    </w:p>
    <w:p w14:paraId="30E7BAF0" w14:textId="77777777" w:rsidR="00C93B25" w:rsidRPr="00C93B25" w:rsidRDefault="00C93B25" w:rsidP="0038742E">
      <w:pPr>
        <w:rPr>
          <w:rFonts w:cs="Arial"/>
          <w:lang w:val="pl-PL"/>
        </w:rPr>
      </w:pPr>
    </w:p>
    <w:p w14:paraId="74EF8552" w14:textId="77777777" w:rsidR="00C93B25" w:rsidRPr="00C93B25" w:rsidRDefault="00C93B25" w:rsidP="0038742E">
      <w:pPr>
        <w:rPr>
          <w:rFonts w:cs="Arial"/>
          <w:lang w:val="pl-PL"/>
        </w:rPr>
      </w:pPr>
    </w:p>
    <w:p w14:paraId="6080EB33" w14:textId="77777777" w:rsidR="00C93B25" w:rsidRPr="00C93B25" w:rsidRDefault="00C93B25" w:rsidP="0038742E">
      <w:pPr>
        <w:rPr>
          <w:rFonts w:cs="Arial"/>
          <w:lang w:val="pl-PL"/>
        </w:rPr>
      </w:pPr>
    </w:p>
    <w:p w14:paraId="00FCCD50" w14:textId="77777777" w:rsidR="00C93B25" w:rsidRPr="00C93B25" w:rsidRDefault="00C93B25" w:rsidP="0038742E">
      <w:pPr>
        <w:rPr>
          <w:rFonts w:cs="Arial"/>
          <w:lang w:val="pl-PL"/>
        </w:rPr>
      </w:pPr>
    </w:p>
    <w:p w14:paraId="499D9866" w14:textId="77777777" w:rsidR="00C93B25" w:rsidRPr="00C93B25" w:rsidRDefault="00C93B25" w:rsidP="0038742E">
      <w:pPr>
        <w:rPr>
          <w:rFonts w:cs="Arial"/>
          <w:lang w:val="pl-PL"/>
        </w:rPr>
      </w:pPr>
    </w:p>
    <w:p w14:paraId="556965B5" w14:textId="77777777" w:rsidR="00C93B25" w:rsidRPr="00C93B25" w:rsidRDefault="00C93B25" w:rsidP="0038742E">
      <w:pPr>
        <w:rPr>
          <w:rFonts w:cs="Arial"/>
          <w:lang w:val="pl-PL"/>
        </w:rPr>
      </w:pPr>
    </w:p>
    <w:p w14:paraId="265DBFB7" w14:textId="77777777" w:rsidR="00C93B25" w:rsidRPr="00C93B25" w:rsidRDefault="00C93B25" w:rsidP="0038742E">
      <w:pPr>
        <w:rPr>
          <w:rFonts w:cs="Arial"/>
          <w:lang w:val="pl-PL"/>
        </w:rPr>
      </w:pPr>
    </w:p>
    <w:p w14:paraId="2D3D8F5B" w14:textId="77777777" w:rsidR="00C93B25" w:rsidRPr="00C93B25" w:rsidRDefault="00C93B25" w:rsidP="0038742E">
      <w:pPr>
        <w:rPr>
          <w:rFonts w:cs="Arial"/>
          <w:lang w:val="pl-PL"/>
        </w:rPr>
      </w:pPr>
    </w:p>
    <w:p w14:paraId="58C21F97" w14:textId="77777777" w:rsidR="00C93B25" w:rsidRPr="00C93B25" w:rsidRDefault="00C93B25" w:rsidP="0038742E">
      <w:pPr>
        <w:rPr>
          <w:rFonts w:cs="Arial"/>
          <w:lang w:val="pl-PL"/>
        </w:rPr>
      </w:pPr>
    </w:p>
    <w:p w14:paraId="45888BC6" w14:textId="77777777" w:rsidR="00C93B25" w:rsidRPr="00C93B25" w:rsidRDefault="00C93B25" w:rsidP="0038742E">
      <w:pPr>
        <w:rPr>
          <w:rFonts w:cs="Arial"/>
          <w:lang w:val="pl-PL"/>
        </w:rPr>
      </w:pPr>
    </w:p>
    <w:p w14:paraId="194B83AD" w14:textId="77777777" w:rsidR="00C93B25" w:rsidRDefault="00C93B25" w:rsidP="00CB0DEE">
      <w:pPr>
        <w:spacing w:after="40"/>
        <w:jc w:val="right"/>
        <w:rPr>
          <w:rFonts w:cs="Arial"/>
          <w:lang w:val="pl-PL"/>
        </w:rPr>
      </w:pPr>
    </w:p>
    <w:p w14:paraId="54CA7F88" w14:textId="77777777" w:rsidR="004B3F90" w:rsidRDefault="004B3F90" w:rsidP="00CB0DEE">
      <w:pPr>
        <w:spacing w:after="40"/>
        <w:jc w:val="right"/>
        <w:rPr>
          <w:rFonts w:cs="Arial"/>
          <w:lang w:val="pl-PL"/>
        </w:rPr>
      </w:pPr>
    </w:p>
    <w:p w14:paraId="374418BA" w14:textId="77777777" w:rsidR="004B3F90" w:rsidRPr="00C93B25" w:rsidRDefault="004B3F90" w:rsidP="00CB0DEE">
      <w:pPr>
        <w:spacing w:after="40"/>
        <w:jc w:val="right"/>
        <w:rPr>
          <w:rFonts w:cs="Arial"/>
          <w:lang w:val="pl-PL"/>
        </w:rPr>
      </w:pPr>
    </w:p>
    <w:p w14:paraId="6E8F5D82" w14:textId="789FB7A5" w:rsidR="00CB0DEE" w:rsidRPr="00C93B25" w:rsidRDefault="00CB0DEE" w:rsidP="00CB0DEE">
      <w:pPr>
        <w:spacing w:after="40"/>
        <w:jc w:val="right"/>
        <w:rPr>
          <w:rFonts w:cs="Arial"/>
          <w:bCs/>
          <w:lang w:val="pl-PL"/>
        </w:rPr>
      </w:pPr>
      <w:r w:rsidRPr="00C93B25">
        <w:rPr>
          <w:rFonts w:cs="Arial"/>
          <w:bCs/>
          <w:lang w:val="pl-PL"/>
        </w:rPr>
        <w:lastRenderedPageBreak/>
        <w:t>Załącznik 2 do Regulaminu</w:t>
      </w:r>
    </w:p>
    <w:p w14:paraId="0D0335E5" w14:textId="2A7F81B5" w:rsidR="00CB0DEE" w:rsidRPr="00C93B25" w:rsidRDefault="00CB0DEE" w:rsidP="00CB0DEE">
      <w:pPr>
        <w:spacing w:after="40"/>
        <w:jc w:val="right"/>
        <w:rPr>
          <w:rFonts w:cs="Arial"/>
          <w:bCs/>
          <w:lang w:val="pl-PL"/>
        </w:rPr>
      </w:pPr>
      <w:r w:rsidRPr="00C93B25">
        <w:rPr>
          <w:rFonts w:cs="Arial"/>
          <w:bCs/>
          <w:lang w:val="pl-PL"/>
        </w:rPr>
        <w:t>Turnieju Piłki Siatkowej Plażowej</w:t>
      </w:r>
    </w:p>
    <w:p w14:paraId="4F375ACC" w14:textId="77777777" w:rsidR="00CB0DEE" w:rsidRPr="00C93B25" w:rsidRDefault="00CB0DEE" w:rsidP="00CB0DEE">
      <w:pPr>
        <w:spacing w:after="40"/>
        <w:jc w:val="right"/>
        <w:rPr>
          <w:rFonts w:cs="Arial"/>
          <w:bCs/>
          <w:lang w:val="pl-PL"/>
        </w:rPr>
      </w:pPr>
      <w:r w:rsidRPr="00C93B25">
        <w:rPr>
          <w:rFonts w:cs="Arial"/>
          <w:bCs/>
          <w:lang w:val="pl-PL"/>
        </w:rPr>
        <w:t>o Puchar Burmistrza Miasta i Gminy Lesko</w:t>
      </w:r>
    </w:p>
    <w:p w14:paraId="7F2ABB6B" w14:textId="77777777" w:rsidR="0038742E" w:rsidRPr="00C93B25" w:rsidRDefault="0038742E" w:rsidP="0038742E">
      <w:pPr>
        <w:jc w:val="right"/>
        <w:rPr>
          <w:rFonts w:cs="Arial"/>
          <w:lang w:val="pl-PL"/>
        </w:rPr>
      </w:pPr>
    </w:p>
    <w:p w14:paraId="670B4617" w14:textId="77777777" w:rsidR="0038742E" w:rsidRPr="00C93B25" w:rsidRDefault="0038742E" w:rsidP="0038742E">
      <w:pPr>
        <w:jc w:val="center"/>
        <w:rPr>
          <w:rFonts w:cs="Arial"/>
        </w:rPr>
      </w:pPr>
      <w:r w:rsidRPr="00C93B25">
        <w:rPr>
          <w:rFonts w:cs="Arial"/>
          <w:b/>
        </w:rPr>
        <w:t>WYKAZ ZAWODNIKÓW</w:t>
      </w:r>
    </w:p>
    <w:p w14:paraId="368CD0C0" w14:textId="77777777" w:rsidR="0038742E" w:rsidRPr="00C93B25" w:rsidRDefault="0038742E" w:rsidP="0038742E">
      <w:pPr>
        <w:spacing w:after="80"/>
        <w:rPr>
          <w:rFonts w:cs="Arial"/>
        </w:rPr>
      </w:pPr>
      <w:r w:rsidRPr="00C93B25">
        <w:rPr>
          <w:rFonts w:cs="Arial"/>
        </w:rPr>
        <w:t xml:space="preserve">Nazwa </w:t>
      </w:r>
      <w:proofErr w:type="spellStart"/>
      <w:r w:rsidRPr="00C93B25">
        <w:rPr>
          <w:rFonts w:cs="Arial"/>
        </w:rPr>
        <w:t>drużyny</w:t>
      </w:r>
      <w:proofErr w:type="spellEnd"/>
      <w:r w:rsidRPr="00C93B25">
        <w:rPr>
          <w:rFonts w:cs="Arial"/>
        </w:rPr>
        <w:t>: …………………………………………………………………………………</w:t>
      </w:r>
    </w:p>
    <w:p w14:paraId="53311AE8" w14:textId="77777777" w:rsidR="0038742E" w:rsidRPr="00C93B25" w:rsidRDefault="0038742E" w:rsidP="0038742E">
      <w:pPr>
        <w:spacing w:after="80"/>
        <w:rPr>
          <w:rFonts w:cs="Arial"/>
        </w:rPr>
      </w:pPr>
    </w:p>
    <w:p w14:paraId="1DE22939" w14:textId="77777777" w:rsidR="0038742E" w:rsidRPr="00C93B25" w:rsidRDefault="0038742E" w:rsidP="0038742E">
      <w:pPr>
        <w:spacing w:after="80"/>
        <w:rPr>
          <w:rFonts w:cs="Arial"/>
        </w:rPr>
      </w:pPr>
    </w:p>
    <w:tbl>
      <w:tblPr>
        <w:tblStyle w:val="Tabela-Siatka"/>
        <w:tblW w:w="0" w:type="auto"/>
        <w:jc w:val="center"/>
        <w:tblLook w:val="04A0" w:firstRow="1" w:lastRow="0" w:firstColumn="1" w:lastColumn="0" w:noHBand="0" w:noVBand="1"/>
      </w:tblPr>
      <w:tblGrid>
        <w:gridCol w:w="2550"/>
        <w:gridCol w:w="2550"/>
        <w:gridCol w:w="2550"/>
        <w:gridCol w:w="2550"/>
      </w:tblGrid>
      <w:tr w:rsidR="0038742E" w:rsidRPr="00C93B25" w14:paraId="1D5F335D" w14:textId="77777777" w:rsidTr="0033399A">
        <w:trPr>
          <w:jc w:val="center"/>
        </w:trPr>
        <w:tc>
          <w:tcPr>
            <w:tcW w:w="2550" w:type="dxa"/>
          </w:tcPr>
          <w:p w14:paraId="08543B9D" w14:textId="77777777" w:rsidR="0038742E" w:rsidRPr="00C93B25" w:rsidRDefault="0038742E" w:rsidP="0033399A">
            <w:pPr>
              <w:jc w:val="center"/>
              <w:rPr>
                <w:rFonts w:cs="Arial"/>
              </w:rPr>
            </w:pPr>
            <w:proofErr w:type="spellStart"/>
            <w:r w:rsidRPr="00C93B25">
              <w:rPr>
                <w:rFonts w:cs="Arial"/>
              </w:rPr>
              <w:t>Lp</w:t>
            </w:r>
            <w:proofErr w:type="spellEnd"/>
            <w:r w:rsidRPr="00C93B25">
              <w:rPr>
                <w:rFonts w:cs="Arial"/>
              </w:rPr>
              <w:t>.</w:t>
            </w:r>
          </w:p>
        </w:tc>
        <w:tc>
          <w:tcPr>
            <w:tcW w:w="2550" w:type="dxa"/>
          </w:tcPr>
          <w:p w14:paraId="227FA997" w14:textId="77777777" w:rsidR="0038742E" w:rsidRPr="00C93B25" w:rsidRDefault="0038742E" w:rsidP="0033399A">
            <w:pPr>
              <w:jc w:val="center"/>
              <w:rPr>
                <w:rFonts w:cs="Arial"/>
              </w:rPr>
            </w:pPr>
            <w:proofErr w:type="spellStart"/>
            <w:r w:rsidRPr="00C93B25">
              <w:rPr>
                <w:rFonts w:cs="Arial"/>
              </w:rPr>
              <w:t>Nazwisko</w:t>
            </w:r>
            <w:proofErr w:type="spellEnd"/>
            <w:r w:rsidRPr="00C93B25">
              <w:rPr>
                <w:rFonts w:cs="Arial"/>
              </w:rPr>
              <w:t xml:space="preserve"> i </w:t>
            </w:r>
            <w:proofErr w:type="spellStart"/>
            <w:r w:rsidRPr="00C93B25">
              <w:rPr>
                <w:rFonts w:cs="Arial"/>
              </w:rPr>
              <w:t>imię</w:t>
            </w:r>
            <w:proofErr w:type="spellEnd"/>
            <w:r w:rsidRPr="00C93B25">
              <w:rPr>
                <w:rFonts w:cs="Arial"/>
              </w:rPr>
              <w:t xml:space="preserve"> </w:t>
            </w:r>
            <w:proofErr w:type="spellStart"/>
            <w:r w:rsidRPr="00C93B25">
              <w:rPr>
                <w:rFonts w:cs="Arial"/>
              </w:rPr>
              <w:t>zawodnika</w:t>
            </w:r>
            <w:proofErr w:type="spellEnd"/>
          </w:p>
        </w:tc>
        <w:tc>
          <w:tcPr>
            <w:tcW w:w="2550" w:type="dxa"/>
          </w:tcPr>
          <w:p w14:paraId="1699B823" w14:textId="77777777" w:rsidR="0038742E" w:rsidRPr="00C93B25" w:rsidRDefault="0038742E" w:rsidP="0033399A">
            <w:pPr>
              <w:jc w:val="center"/>
              <w:rPr>
                <w:rFonts w:cs="Arial"/>
              </w:rPr>
            </w:pPr>
            <w:proofErr w:type="spellStart"/>
            <w:r w:rsidRPr="00C93B25">
              <w:rPr>
                <w:rFonts w:cs="Arial"/>
              </w:rPr>
              <w:t>Numer</w:t>
            </w:r>
            <w:proofErr w:type="spellEnd"/>
            <w:r w:rsidRPr="00C93B25">
              <w:rPr>
                <w:rFonts w:cs="Arial"/>
              </w:rPr>
              <w:t xml:space="preserve"> </w:t>
            </w:r>
            <w:proofErr w:type="spellStart"/>
            <w:r w:rsidRPr="00C93B25">
              <w:rPr>
                <w:rFonts w:cs="Arial"/>
              </w:rPr>
              <w:t>koszulki</w:t>
            </w:r>
            <w:proofErr w:type="spellEnd"/>
          </w:p>
        </w:tc>
        <w:tc>
          <w:tcPr>
            <w:tcW w:w="2550" w:type="dxa"/>
          </w:tcPr>
          <w:p w14:paraId="2239C59F" w14:textId="77777777" w:rsidR="0038742E" w:rsidRPr="00C93B25" w:rsidRDefault="0038742E" w:rsidP="0033399A">
            <w:pPr>
              <w:jc w:val="center"/>
              <w:rPr>
                <w:rFonts w:cs="Arial"/>
              </w:rPr>
            </w:pPr>
            <w:proofErr w:type="spellStart"/>
            <w:r w:rsidRPr="00C93B25">
              <w:rPr>
                <w:rFonts w:cs="Arial"/>
              </w:rPr>
              <w:t>Podpis</w:t>
            </w:r>
            <w:proofErr w:type="spellEnd"/>
            <w:r w:rsidRPr="00C93B25">
              <w:rPr>
                <w:rFonts w:cs="Arial"/>
              </w:rPr>
              <w:t xml:space="preserve"> </w:t>
            </w:r>
            <w:proofErr w:type="spellStart"/>
            <w:r w:rsidRPr="00C93B25">
              <w:rPr>
                <w:rFonts w:cs="Arial"/>
              </w:rPr>
              <w:t>zawodnika</w:t>
            </w:r>
            <w:proofErr w:type="spellEnd"/>
          </w:p>
        </w:tc>
      </w:tr>
      <w:tr w:rsidR="0038742E" w:rsidRPr="00C93B25" w14:paraId="3B42CD9C" w14:textId="77777777" w:rsidTr="0033399A">
        <w:trPr>
          <w:jc w:val="center"/>
        </w:trPr>
        <w:tc>
          <w:tcPr>
            <w:tcW w:w="2550" w:type="dxa"/>
            <w:vAlign w:val="center"/>
          </w:tcPr>
          <w:p w14:paraId="68423F04" w14:textId="77777777" w:rsidR="0038742E" w:rsidRPr="00C93B25" w:rsidRDefault="0038742E" w:rsidP="0033399A">
            <w:pPr>
              <w:jc w:val="center"/>
              <w:rPr>
                <w:rFonts w:cs="Arial"/>
              </w:rPr>
            </w:pPr>
            <w:r w:rsidRPr="00C93B25">
              <w:rPr>
                <w:rFonts w:cs="Arial"/>
              </w:rPr>
              <w:t>1</w:t>
            </w:r>
          </w:p>
        </w:tc>
        <w:tc>
          <w:tcPr>
            <w:tcW w:w="2550" w:type="dxa"/>
            <w:vAlign w:val="center"/>
          </w:tcPr>
          <w:p w14:paraId="50785A30" w14:textId="77777777" w:rsidR="0038742E" w:rsidRPr="00C93B25" w:rsidRDefault="0038742E" w:rsidP="0033399A">
            <w:pPr>
              <w:jc w:val="center"/>
              <w:rPr>
                <w:rFonts w:cs="Arial"/>
              </w:rPr>
            </w:pPr>
          </w:p>
        </w:tc>
        <w:tc>
          <w:tcPr>
            <w:tcW w:w="2550" w:type="dxa"/>
            <w:vAlign w:val="center"/>
          </w:tcPr>
          <w:p w14:paraId="3428C632" w14:textId="77777777" w:rsidR="0038742E" w:rsidRPr="00C93B25" w:rsidRDefault="0038742E" w:rsidP="0033399A">
            <w:pPr>
              <w:jc w:val="center"/>
              <w:rPr>
                <w:rFonts w:cs="Arial"/>
              </w:rPr>
            </w:pPr>
          </w:p>
        </w:tc>
        <w:tc>
          <w:tcPr>
            <w:tcW w:w="2550" w:type="dxa"/>
            <w:vAlign w:val="center"/>
          </w:tcPr>
          <w:p w14:paraId="1B482F14" w14:textId="77777777" w:rsidR="0038742E" w:rsidRPr="00C93B25" w:rsidRDefault="0038742E" w:rsidP="0033399A">
            <w:pPr>
              <w:jc w:val="center"/>
              <w:rPr>
                <w:rFonts w:cs="Arial"/>
              </w:rPr>
            </w:pPr>
          </w:p>
        </w:tc>
      </w:tr>
      <w:tr w:rsidR="0038742E" w:rsidRPr="00C93B25" w14:paraId="1A79FF15" w14:textId="77777777" w:rsidTr="0033399A">
        <w:trPr>
          <w:jc w:val="center"/>
        </w:trPr>
        <w:tc>
          <w:tcPr>
            <w:tcW w:w="2550" w:type="dxa"/>
            <w:vAlign w:val="center"/>
          </w:tcPr>
          <w:p w14:paraId="0CD6AE1F" w14:textId="77777777" w:rsidR="0038742E" w:rsidRPr="00C93B25" w:rsidRDefault="0038742E" w:rsidP="0033399A">
            <w:pPr>
              <w:jc w:val="center"/>
              <w:rPr>
                <w:rFonts w:cs="Arial"/>
              </w:rPr>
            </w:pPr>
            <w:r w:rsidRPr="00C93B25">
              <w:rPr>
                <w:rFonts w:cs="Arial"/>
              </w:rPr>
              <w:t>2</w:t>
            </w:r>
          </w:p>
        </w:tc>
        <w:tc>
          <w:tcPr>
            <w:tcW w:w="2550" w:type="dxa"/>
            <w:vAlign w:val="center"/>
          </w:tcPr>
          <w:p w14:paraId="22E28393" w14:textId="77777777" w:rsidR="0038742E" w:rsidRPr="00C93B25" w:rsidRDefault="0038742E" w:rsidP="0033399A">
            <w:pPr>
              <w:jc w:val="center"/>
              <w:rPr>
                <w:rFonts w:cs="Arial"/>
              </w:rPr>
            </w:pPr>
          </w:p>
        </w:tc>
        <w:tc>
          <w:tcPr>
            <w:tcW w:w="2550" w:type="dxa"/>
            <w:vAlign w:val="center"/>
          </w:tcPr>
          <w:p w14:paraId="66DE6D99" w14:textId="77777777" w:rsidR="0038742E" w:rsidRPr="00C93B25" w:rsidRDefault="0038742E" w:rsidP="0033399A">
            <w:pPr>
              <w:jc w:val="center"/>
              <w:rPr>
                <w:rFonts w:cs="Arial"/>
              </w:rPr>
            </w:pPr>
          </w:p>
        </w:tc>
        <w:tc>
          <w:tcPr>
            <w:tcW w:w="2550" w:type="dxa"/>
            <w:vAlign w:val="center"/>
          </w:tcPr>
          <w:p w14:paraId="7E1F868E" w14:textId="77777777" w:rsidR="0038742E" w:rsidRPr="00C93B25" w:rsidRDefault="0038742E" w:rsidP="0033399A">
            <w:pPr>
              <w:jc w:val="center"/>
              <w:rPr>
                <w:rFonts w:cs="Arial"/>
              </w:rPr>
            </w:pPr>
          </w:p>
        </w:tc>
      </w:tr>
      <w:tr w:rsidR="0038742E" w:rsidRPr="00C93B25" w14:paraId="623A18C7" w14:textId="77777777" w:rsidTr="0033399A">
        <w:trPr>
          <w:jc w:val="center"/>
        </w:trPr>
        <w:tc>
          <w:tcPr>
            <w:tcW w:w="2550" w:type="dxa"/>
            <w:vAlign w:val="center"/>
          </w:tcPr>
          <w:p w14:paraId="553B8818" w14:textId="77777777" w:rsidR="0038742E" w:rsidRPr="00C93B25" w:rsidRDefault="0038742E" w:rsidP="0033399A">
            <w:pPr>
              <w:jc w:val="center"/>
              <w:rPr>
                <w:rFonts w:cs="Arial"/>
              </w:rPr>
            </w:pPr>
            <w:r w:rsidRPr="00C93B25">
              <w:rPr>
                <w:rFonts w:cs="Arial"/>
              </w:rPr>
              <w:t>3</w:t>
            </w:r>
          </w:p>
        </w:tc>
        <w:tc>
          <w:tcPr>
            <w:tcW w:w="2550" w:type="dxa"/>
            <w:vAlign w:val="center"/>
          </w:tcPr>
          <w:p w14:paraId="67E0D4C9" w14:textId="77777777" w:rsidR="0038742E" w:rsidRPr="00C93B25" w:rsidRDefault="0038742E" w:rsidP="0033399A">
            <w:pPr>
              <w:jc w:val="center"/>
              <w:rPr>
                <w:rFonts w:cs="Arial"/>
              </w:rPr>
            </w:pPr>
          </w:p>
        </w:tc>
        <w:tc>
          <w:tcPr>
            <w:tcW w:w="2550" w:type="dxa"/>
            <w:vAlign w:val="center"/>
          </w:tcPr>
          <w:p w14:paraId="37501B94" w14:textId="77777777" w:rsidR="0038742E" w:rsidRPr="00C93B25" w:rsidRDefault="0038742E" w:rsidP="0033399A">
            <w:pPr>
              <w:jc w:val="center"/>
              <w:rPr>
                <w:rFonts w:cs="Arial"/>
              </w:rPr>
            </w:pPr>
          </w:p>
        </w:tc>
        <w:tc>
          <w:tcPr>
            <w:tcW w:w="2550" w:type="dxa"/>
            <w:vAlign w:val="center"/>
          </w:tcPr>
          <w:p w14:paraId="173EE093" w14:textId="77777777" w:rsidR="0038742E" w:rsidRPr="00C93B25" w:rsidRDefault="0038742E" w:rsidP="0033399A">
            <w:pPr>
              <w:jc w:val="center"/>
              <w:rPr>
                <w:rFonts w:cs="Arial"/>
              </w:rPr>
            </w:pPr>
          </w:p>
        </w:tc>
      </w:tr>
      <w:tr w:rsidR="0038742E" w:rsidRPr="00C93B25" w14:paraId="73A2C1FF" w14:textId="77777777" w:rsidTr="0033399A">
        <w:trPr>
          <w:jc w:val="center"/>
        </w:trPr>
        <w:tc>
          <w:tcPr>
            <w:tcW w:w="2550" w:type="dxa"/>
            <w:vAlign w:val="center"/>
          </w:tcPr>
          <w:p w14:paraId="69D57F07" w14:textId="77777777" w:rsidR="0038742E" w:rsidRPr="00C93B25" w:rsidRDefault="0038742E" w:rsidP="0033399A">
            <w:pPr>
              <w:jc w:val="center"/>
              <w:rPr>
                <w:rFonts w:cs="Arial"/>
              </w:rPr>
            </w:pPr>
            <w:r w:rsidRPr="00C93B25">
              <w:rPr>
                <w:rFonts w:cs="Arial"/>
              </w:rPr>
              <w:t>4</w:t>
            </w:r>
          </w:p>
        </w:tc>
        <w:tc>
          <w:tcPr>
            <w:tcW w:w="2550" w:type="dxa"/>
            <w:vAlign w:val="center"/>
          </w:tcPr>
          <w:p w14:paraId="3E772F99" w14:textId="77777777" w:rsidR="0038742E" w:rsidRPr="00C93B25" w:rsidRDefault="0038742E" w:rsidP="0033399A">
            <w:pPr>
              <w:jc w:val="center"/>
              <w:rPr>
                <w:rFonts w:cs="Arial"/>
              </w:rPr>
            </w:pPr>
          </w:p>
        </w:tc>
        <w:tc>
          <w:tcPr>
            <w:tcW w:w="2550" w:type="dxa"/>
            <w:vAlign w:val="center"/>
          </w:tcPr>
          <w:p w14:paraId="7D69C450" w14:textId="77777777" w:rsidR="0038742E" w:rsidRPr="00C93B25" w:rsidRDefault="0038742E" w:rsidP="0033399A">
            <w:pPr>
              <w:jc w:val="center"/>
              <w:rPr>
                <w:rFonts w:cs="Arial"/>
              </w:rPr>
            </w:pPr>
          </w:p>
        </w:tc>
        <w:tc>
          <w:tcPr>
            <w:tcW w:w="2550" w:type="dxa"/>
            <w:vAlign w:val="center"/>
          </w:tcPr>
          <w:p w14:paraId="5D9D390E" w14:textId="77777777" w:rsidR="0038742E" w:rsidRPr="00C93B25" w:rsidRDefault="0038742E" w:rsidP="0033399A">
            <w:pPr>
              <w:jc w:val="center"/>
              <w:rPr>
                <w:rFonts w:cs="Arial"/>
              </w:rPr>
            </w:pPr>
          </w:p>
        </w:tc>
      </w:tr>
      <w:tr w:rsidR="0038742E" w:rsidRPr="00C93B25" w14:paraId="1FF50B44" w14:textId="77777777" w:rsidTr="0033399A">
        <w:trPr>
          <w:jc w:val="center"/>
        </w:trPr>
        <w:tc>
          <w:tcPr>
            <w:tcW w:w="2550" w:type="dxa"/>
            <w:vAlign w:val="center"/>
          </w:tcPr>
          <w:p w14:paraId="45F953C4" w14:textId="77777777" w:rsidR="0038742E" w:rsidRPr="00C93B25" w:rsidRDefault="0038742E" w:rsidP="0033399A">
            <w:pPr>
              <w:jc w:val="center"/>
              <w:rPr>
                <w:rFonts w:cs="Arial"/>
              </w:rPr>
            </w:pPr>
            <w:r w:rsidRPr="00C93B25">
              <w:rPr>
                <w:rFonts w:cs="Arial"/>
              </w:rPr>
              <w:t>5</w:t>
            </w:r>
          </w:p>
        </w:tc>
        <w:tc>
          <w:tcPr>
            <w:tcW w:w="2550" w:type="dxa"/>
            <w:vAlign w:val="center"/>
          </w:tcPr>
          <w:p w14:paraId="090F510F" w14:textId="77777777" w:rsidR="0038742E" w:rsidRPr="00C93B25" w:rsidRDefault="0038742E" w:rsidP="0033399A">
            <w:pPr>
              <w:jc w:val="center"/>
              <w:rPr>
                <w:rFonts w:cs="Arial"/>
              </w:rPr>
            </w:pPr>
          </w:p>
        </w:tc>
        <w:tc>
          <w:tcPr>
            <w:tcW w:w="2550" w:type="dxa"/>
            <w:vAlign w:val="center"/>
          </w:tcPr>
          <w:p w14:paraId="2BA57189" w14:textId="77777777" w:rsidR="0038742E" w:rsidRPr="00C93B25" w:rsidRDefault="0038742E" w:rsidP="0033399A">
            <w:pPr>
              <w:jc w:val="center"/>
              <w:rPr>
                <w:rFonts w:cs="Arial"/>
              </w:rPr>
            </w:pPr>
          </w:p>
        </w:tc>
        <w:tc>
          <w:tcPr>
            <w:tcW w:w="2550" w:type="dxa"/>
            <w:vAlign w:val="center"/>
          </w:tcPr>
          <w:p w14:paraId="05015A62" w14:textId="77777777" w:rsidR="0038742E" w:rsidRPr="00C93B25" w:rsidRDefault="0038742E" w:rsidP="0033399A">
            <w:pPr>
              <w:jc w:val="center"/>
              <w:rPr>
                <w:rFonts w:cs="Arial"/>
              </w:rPr>
            </w:pPr>
          </w:p>
        </w:tc>
      </w:tr>
      <w:tr w:rsidR="0038742E" w:rsidRPr="00C93B25" w14:paraId="49FEEBC7" w14:textId="77777777" w:rsidTr="0033399A">
        <w:trPr>
          <w:jc w:val="center"/>
        </w:trPr>
        <w:tc>
          <w:tcPr>
            <w:tcW w:w="2550" w:type="dxa"/>
            <w:vAlign w:val="center"/>
          </w:tcPr>
          <w:p w14:paraId="16BDE2E2" w14:textId="77777777" w:rsidR="0038742E" w:rsidRPr="00C93B25" w:rsidRDefault="0038742E" w:rsidP="0033399A">
            <w:pPr>
              <w:jc w:val="center"/>
              <w:rPr>
                <w:rFonts w:cs="Arial"/>
              </w:rPr>
            </w:pPr>
            <w:r w:rsidRPr="00C93B25">
              <w:rPr>
                <w:rFonts w:cs="Arial"/>
              </w:rPr>
              <w:t>6</w:t>
            </w:r>
          </w:p>
        </w:tc>
        <w:tc>
          <w:tcPr>
            <w:tcW w:w="2550" w:type="dxa"/>
            <w:vAlign w:val="center"/>
          </w:tcPr>
          <w:p w14:paraId="0DB5ADE7" w14:textId="77777777" w:rsidR="0038742E" w:rsidRPr="00C93B25" w:rsidRDefault="0038742E" w:rsidP="0033399A">
            <w:pPr>
              <w:jc w:val="center"/>
              <w:rPr>
                <w:rFonts w:cs="Arial"/>
              </w:rPr>
            </w:pPr>
          </w:p>
        </w:tc>
        <w:tc>
          <w:tcPr>
            <w:tcW w:w="2550" w:type="dxa"/>
            <w:vAlign w:val="center"/>
          </w:tcPr>
          <w:p w14:paraId="0DDD3A6F" w14:textId="77777777" w:rsidR="0038742E" w:rsidRPr="00C93B25" w:rsidRDefault="0038742E" w:rsidP="0033399A">
            <w:pPr>
              <w:jc w:val="center"/>
              <w:rPr>
                <w:rFonts w:cs="Arial"/>
              </w:rPr>
            </w:pPr>
          </w:p>
        </w:tc>
        <w:tc>
          <w:tcPr>
            <w:tcW w:w="2550" w:type="dxa"/>
            <w:vAlign w:val="center"/>
          </w:tcPr>
          <w:p w14:paraId="7B175AAF" w14:textId="77777777" w:rsidR="0038742E" w:rsidRPr="00C93B25" w:rsidRDefault="0038742E" w:rsidP="0033399A">
            <w:pPr>
              <w:jc w:val="center"/>
              <w:rPr>
                <w:rFonts w:cs="Arial"/>
              </w:rPr>
            </w:pPr>
          </w:p>
        </w:tc>
      </w:tr>
    </w:tbl>
    <w:p w14:paraId="53A8030A" w14:textId="77777777" w:rsidR="0038742E" w:rsidRPr="00C93B25" w:rsidRDefault="0038742E" w:rsidP="0038742E">
      <w:pPr>
        <w:spacing w:after="80"/>
        <w:jc w:val="both"/>
        <w:rPr>
          <w:rFonts w:cs="Arial"/>
          <w:lang w:val="pl-PL"/>
        </w:rPr>
      </w:pPr>
    </w:p>
    <w:p w14:paraId="6F8976FD" w14:textId="77777777" w:rsidR="0038742E" w:rsidRPr="00C93B25" w:rsidRDefault="0038742E" w:rsidP="0038742E">
      <w:pPr>
        <w:spacing w:after="80"/>
        <w:jc w:val="both"/>
        <w:rPr>
          <w:rFonts w:cs="Arial"/>
          <w:lang w:val="pl-PL"/>
        </w:rPr>
      </w:pPr>
    </w:p>
    <w:p w14:paraId="07A6B862" w14:textId="77777777" w:rsidR="0038742E" w:rsidRPr="00C93B25" w:rsidRDefault="0038742E" w:rsidP="0038742E">
      <w:pPr>
        <w:spacing w:after="80"/>
        <w:jc w:val="both"/>
        <w:rPr>
          <w:rFonts w:cs="Arial"/>
          <w:lang w:val="pl-PL"/>
        </w:rPr>
      </w:pPr>
      <w:r w:rsidRPr="00C93B25">
        <w:rPr>
          <w:rFonts w:cs="Arial"/>
          <w:lang w:val="pl-PL"/>
        </w:rPr>
        <w:t>Ja wyżej podpisany oświadczam, że podejmuję na własną odpowiedzialność ryzyko związane ze startem w ww. turnieju. W związku z powyższym nie będę wnosił żadnych roszczeń w stosunku do organizatorów Turnieju w razie wystąpienia jakiegokolwiek negatywnego następstwa udziału w zawodach, a w szczególności nieszczęśliwego wypadku.</w:t>
      </w:r>
    </w:p>
    <w:p w14:paraId="62681779" w14:textId="77777777" w:rsidR="0038742E" w:rsidRPr="00C93B25" w:rsidRDefault="0038742E" w:rsidP="0038742E">
      <w:pPr>
        <w:spacing w:after="80"/>
        <w:jc w:val="both"/>
        <w:rPr>
          <w:rFonts w:cs="Arial"/>
          <w:lang w:val="pl-PL"/>
        </w:rPr>
      </w:pPr>
    </w:p>
    <w:p w14:paraId="4E596B7A" w14:textId="77777777" w:rsidR="0038742E" w:rsidRPr="00C93B25" w:rsidRDefault="0038742E" w:rsidP="0038742E">
      <w:pPr>
        <w:spacing w:after="80"/>
        <w:jc w:val="both"/>
        <w:rPr>
          <w:rFonts w:cs="Arial"/>
          <w:lang w:val="pl-PL"/>
        </w:rPr>
      </w:pPr>
    </w:p>
    <w:p w14:paraId="577CFE16" w14:textId="77777777" w:rsidR="0038742E" w:rsidRPr="00C93B25" w:rsidRDefault="0038742E" w:rsidP="0038742E">
      <w:pPr>
        <w:jc w:val="center"/>
        <w:rPr>
          <w:rFonts w:cs="Arial"/>
          <w:lang w:val="pl-PL"/>
        </w:rPr>
      </w:pPr>
      <w:r w:rsidRPr="00C93B25">
        <w:rPr>
          <w:rFonts w:cs="Arial"/>
          <w:lang w:val="pl-PL"/>
        </w:rPr>
        <w:t>…………………………………………………………</w:t>
      </w:r>
    </w:p>
    <w:p w14:paraId="712C78DE" w14:textId="77777777" w:rsidR="0038742E" w:rsidRPr="00C93B25" w:rsidRDefault="0038742E" w:rsidP="0038742E">
      <w:pPr>
        <w:jc w:val="center"/>
        <w:rPr>
          <w:rFonts w:cs="Arial"/>
          <w:lang w:val="pl-PL"/>
        </w:rPr>
      </w:pPr>
      <w:r w:rsidRPr="00C93B25">
        <w:rPr>
          <w:rFonts w:cs="Arial"/>
          <w:lang w:val="pl-PL"/>
        </w:rPr>
        <w:t>(kierownik drużyny)</w:t>
      </w:r>
    </w:p>
    <w:p w14:paraId="5225C58C" w14:textId="77777777" w:rsidR="0038742E" w:rsidRPr="00C93B25" w:rsidRDefault="0038742E" w:rsidP="0038742E">
      <w:pPr>
        <w:rPr>
          <w:rFonts w:cs="Arial"/>
          <w:lang w:val="pl-PL"/>
        </w:rPr>
      </w:pPr>
      <w:r w:rsidRPr="00C93B25">
        <w:rPr>
          <w:rFonts w:cs="Arial"/>
          <w:lang w:val="pl-PL"/>
        </w:rPr>
        <w:br w:type="page"/>
      </w:r>
    </w:p>
    <w:p w14:paraId="4A755B15" w14:textId="77777777" w:rsidR="004B3F90" w:rsidRPr="00C93B25" w:rsidRDefault="004B3F90" w:rsidP="004B3F90">
      <w:pPr>
        <w:spacing w:after="40"/>
        <w:jc w:val="right"/>
        <w:rPr>
          <w:rFonts w:cs="Arial"/>
          <w:bCs/>
          <w:lang w:val="pl-PL"/>
        </w:rPr>
      </w:pPr>
      <w:r w:rsidRPr="00C93B25">
        <w:rPr>
          <w:rFonts w:cs="Arial"/>
          <w:bCs/>
          <w:lang w:val="pl-PL"/>
        </w:rPr>
        <w:lastRenderedPageBreak/>
        <w:t>Załącznik 3 do Regulaminu</w:t>
      </w:r>
    </w:p>
    <w:p w14:paraId="1334015C" w14:textId="77777777" w:rsidR="004B3F90" w:rsidRPr="00C93B25" w:rsidRDefault="004B3F90" w:rsidP="004B3F90">
      <w:pPr>
        <w:spacing w:after="40"/>
        <w:jc w:val="right"/>
        <w:rPr>
          <w:rFonts w:cs="Arial"/>
          <w:bCs/>
          <w:lang w:val="pl-PL"/>
        </w:rPr>
      </w:pPr>
      <w:r w:rsidRPr="00C93B25">
        <w:rPr>
          <w:rFonts w:cs="Arial"/>
          <w:bCs/>
          <w:lang w:val="pl-PL"/>
        </w:rPr>
        <w:t>Turnieju Piłki Siatkowej Plażowej</w:t>
      </w:r>
    </w:p>
    <w:p w14:paraId="4D24D9E6" w14:textId="77777777" w:rsidR="004B3F90" w:rsidRPr="00C93B25" w:rsidRDefault="004B3F90" w:rsidP="004B3F90">
      <w:pPr>
        <w:spacing w:after="40"/>
        <w:jc w:val="right"/>
        <w:rPr>
          <w:rFonts w:cs="Arial"/>
          <w:bCs/>
          <w:lang w:val="pl-PL"/>
        </w:rPr>
      </w:pPr>
      <w:r w:rsidRPr="00C93B25">
        <w:rPr>
          <w:rFonts w:cs="Arial"/>
          <w:bCs/>
          <w:lang w:val="pl-PL"/>
        </w:rPr>
        <w:t>o Puchar Burmistrza Miasta i Gminy Lesko</w:t>
      </w:r>
    </w:p>
    <w:p w14:paraId="19C81E3B" w14:textId="77777777" w:rsidR="004B3F90" w:rsidRPr="00C93B25" w:rsidRDefault="004B3F90" w:rsidP="004B3F90">
      <w:pPr>
        <w:rPr>
          <w:rFonts w:cs="Arial"/>
          <w:lang w:val="pl-PL"/>
        </w:rPr>
      </w:pPr>
    </w:p>
    <w:p w14:paraId="2D3C7076" w14:textId="77777777" w:rsidR="004B3F90" w:rsidRPr="00C93B25" w:rsidRDefault="004B3F90" w:rsidP="004B3F90">
      <w:pPr>
        <w:jc w:val="center"/>
        <w:rPr>
          <w:rFonts w:cs="Arial"/>
          <w:b/>
          <w:lang w:val="pl-PL"/>
        </w:rPr>
      </w:pPr>
      <w:r w:rsidRPr="00C93B25">
        <w:rPr>
          <w:rFonts w:cs="Arial"/>
          <w:b/>
          <w:lang w:val="pl-PL"/>
        </w:rPr>
        <w:t>Dotyczy uczestników niepełnoletnich</w:t>
      </w:r>
    </w:p>
    <w:p w14:paraId="02B32D19" w14:textId="77777777" w:rsidR="004B3F90" w:rsidRPr="00C93B25" w:rsidRDefault="004B3F90" w:rsidP="004B3F90">
      <w:pPr>
        <w:jc w:val="center"/>
        <w:rPr>
          <w:rFonts w:cs="Arial"/>
          <w:lang w:val="pl-PL"/>
        </w:rPr>
      </w:pPr>
    </w:p>
    <w:p w14:paraId="2ED5BD79" w14:textId="77777777" w:rsidR="004B3F90" w:rsidRPr="00C93B25" w:rsidRDefault="004B3F90" w:rsidP="004B3F90">
      <w:pPr>
        <w:spacing w:after="80"/>
        <w:jc w:val="both"/>
        <w:rPr>
          <w:rFonts w:cs="Arial"/>
          <w:lang w:val="pl-PL"/>
        </w:rPr>
      </w:pPr>
      <w:r w:rsidRPr="00C93B25">
        <w:rPr>
          <w:rFonts w:cs="Arial"/>
          <w:lang w:val="pl-PL"/>
        </w:rPr>
        <w:t>• Wyrażam zgodę na udział syna/córki …………………………………….. w Turnieju Piłki Siatkowej Plażowej o Puchar Burmistrza Miasta i Gminy Lesko. Jednocześnie oświadczam, że dziecko nie ma żadnych przeciwwskazań do udziału w ww. turnieju. Wyrażam zgodę na przeprowadzenie wszelkich niezbędnych zabiegów w stanach zagrażających życiu lub zdrowiu mojego dziecka.</w:t>
      </w:r>
    </w:p>
    <w:p w14:paraId="58D296EF" w14:textId="77777777" w:rsidR="004B3F90" w:rsidRPr="00C93B25" w:rsidRDefault="004B3F90" w:rsidP="004B3F90">
      <w:pPr>
        <w:spacing w:after="80"/>
        <w:jc w:val="both"/>
        <w:rPr>
          <w:rFonts w:cs="Arial"/>
          <w:lang w:val="pl-PL"/>
        </w:rPr>
      </w:pPr>
    </w:p>
    <w:p w14:paraId="21F546B6" w14:textId="77777777" w:rsidR="004B3F90" w:rsidRPr="00094DBB" w:rsidRDefault="004B3F90" w:rsidP="004B3F90">
      <w:pPr>
        <w:jc w:val="center"/>
        <w:rPr>
          <w:rFonts w:cs="Arial"/>
          <w:lang w:val="pl-PL"/>
        </w:rPr>
      </w:pPr>
      <w:r w:rsidRPr="00094DBB">
        <w:rPr>
          <w:rFonts w:cs="Arial"/>
          <w:lang w:val="pl-PL"/>
        </w:rPr>
        <w:t>…………………………………………………………</w:t>
      </w:r>
    </w:p>
    <w:p w14:paraId="59A67F92" w14:textId="77777777" w:rsidR="004B3F90" w:rsidRPr="00094DBB" w:rsidRDefault="004B3F90" w:rsidP="004B3F90">
      <w:pPr>
        <w:jc w:val="center"/>
        <w:rPr>
          <w:rFonts w:cs="Arial"/>
          <w:lang w:val="pl-PL"/>
        </w:rPr>
      </w:pPr>
      <w:r w:rsidRPr="00094DBB">
        <w:rPr>
          <w:rFonts w:cs="Arial"/>
          <w:lang w:val="pl-PL"/>
        </w:rPr>
        <w:t>podpisy rodziców/opiekunów prawnych</w:t>
      </w:r>
    </w:p>
    <w:p w14:paraId="6378DA81" w14:textId="77777777" w:rsidR="004B3F90" w:rsidRPr="00094DBB" w:rsidRDefault="004B3F90" w:rsidP="004B3F90">
      <w:pPr>
        <w:jc w:val="center"/>
        <w:rPr>
          <w:rFonts w:cs="Arial"/>
          <w:lang w:val="pl-PL"/>
        </w:rPr>
      </w:pPr>
    </w:p>
    <w:p w14:paraId="2E63783B" w14:textId="77777777" w:rsidR="004B3F90" w:rsidRPr="00094DBB" w:rsidRDefault="004B3F90" w:rsidP="004B3F90">
      <w:pPr>
        <w:jc w:val="center"/>
        <w:rPr>
          <w:rFonts w:cs="Arial"/>
          <w:lang w:val="pl-PL"/>
        </w:rPr>
      </w:pPr>
    </w:p>
    <w:p w14:paraId="39084274" w14:textId="77777777" w:rsidR="004B3F90" w:rsidRPr="00373CE9" w:rsidRDefault="004B3F90" w:rsidP="004B3F90">
      <w:pPr>
        <w:spacing w:before="240" w:after="0"/>
        <w:jc w:val="right"/>
        <w:rPr>
          <w:rFonts w:cs="Arial"/>
          <w:b/>
          <w:bCs/>
          <w:lang w:val="pl-PL"/>
        </w:rPr>
      </w:pPr>
      <w:r w:rsidRPr="00373CE9">
        <w:rPr>
          <w:rFonts w:cs="Arial"/>
          <w:lang w:val="pl-PL"/>
        </w:rPr>
        <w:t>_____________________, dnia _ _ / _ _ / _ _ _ _ r.</w:t>
      </w:r>
    </w:p>
    <w:p w14:paraId="0CEA3FE0" w14:textId="77777777" w:rsidR="004B3F90" w:rsidRDefault="004B3F90" w:rsidP="004B3F90">
      <w:pPr>
        <w:tabs>
          <w:tab w:val="right" w:pos="9072"/>
        </w:tabs>
        <w:spacing w:before="240" w:after="0"/>
        <w:jc w:val="center"/>
        <w:rPr>
          <w:rFonts w:cs="Arial"/>
          <w:b/>
          <w:bCs/>
          <w:lang w:val="pl-PL"/>
        </w:rPr>
      </w:pPr>
    </w:p>
    <w:p w14:paraId="11A11ECA" w14:textId="77777777" w:rsidR="004B3F90" w:rsidRPr="00373CE9" w:rsidRDefault="004B3F90" w:rsidP="004B3F90">
      <w:pPr>
        <w:tabs>
          <w:tab w:val="right" w:pos="9072"/>
        </w:tabs>
        <w:spacing w:before="240" w:after="0"/>
        <w:jc w:val="center"/>
        <w:rPr>
          <w:rFonts w:cs="Arial"/>
          <w:b/>
          <w:bCs/>
          <w:lang w:val="pl-PL"/>
        </w:rPr>
      </w:pPr>
      <w:r w:rsidRPr="00373CE9">
        <w:rPr>
          <w:rFonts w:cs="Arial"/>
          <w:b/>
          <w:bCs/>
          <w:lang w:val="pl-PL"/>
        </w:rPr>
        <w:t>ZGODA NA PRZETWARZANIE WIZERUNKU</w:t>
      </w:r>
      <w:r>
        <w:rPr>
          <w:rFonts w:cs="Arial"/>
          <w:b/>
          <w:bCs/>
          <w:lang w:val="pl-PL"/>
        </w:rPr>
        <w:t xml:space="preserve"> DZIECKA</w:t>
      </w:r>
    </w:p>
    <w:p w14:paraId="6D26D783" w14:textId="77777777" w:rsidR="004B3F90" w:rsidRPr="00373CE9" w:rsidRDefault="004B3F90" w:rsidP="004B3F90">
      <w:pPr>
        <w:tabs>
          <w:tab w:val="right" w:pos="9072"/>
        </w:tabs>
        <w:spacing w:before="240" w:after="0"/>
        <w:jc w:val="both"/>
        <w:rPr>
          <w:rFonts w:cs="Arial"/>
          <w:lang w:val="pl-PL"/>
        </w:rPr>
      </w:pPr>
      <w:r w:rsidRPr="00373CE9">
        <w:rPr>
          <w:rFonts w:cs="Arial"/>
          <w:lang w:val="pl-PL"/>
        </w:rPr>
        <w:t xml:space="preserve">Ja/My, niżej podpisany[a/i] _______________________________________________________________________________wyrażam[y] zgodę na </w:t>
      </w:r>
    </w:p>
    <w:p w14:paraId="0626BC46" w14:textId="77777777" w:rsidR="004B3F90" w:rsidRPr="00373CE9" w:rsidRDefault="004B3F90" w:rsidP="004B3F90">
      <w:pPr>
        <w:tabs>
          <w:tab w:val="right" w:pos="9072"/>
        </w:tabs>
        <w:spacing w:before="240" w:after="0"/>
        <w:ind w:left="142"/>
        <w:jc w:val="center"/>
        <w:rPr>
          <w:rFonts w:cs="Arial"/>
          <w:i/>
          <w:iCs/>
          <w:vertAlign w:val="superscript"/>
          <w:lang w:val="pl-PL"/>
        </w:rPr>
      </w:pPr>
      <w:r w:rsidRPr="00373CE9">
        <w:rPr>
          <w:rFonts w:cs="Arial"/>
          <w:i/>
          <w:iCs/>
          <w:vertAlign w:val="superscript"/>
          <w:lang w:val="pl-PL"/>
        </w:rPr>
        <w:t>[imię i nazwisko rodzica/ów, opiekuna/ów prawnego/</w:t>
      </w:r>
      <w:proofErr w:type="spellStart"/>
      <w:r w:rsidRPr="00373CE9">
        <w:rPr>
          <w:rFonts w:cs="Arial"/>
          <w:i/>
          <w:iCs/>
          <w:vertAlign w:val="superscript"/>
          <w:lang w:val="pl-PL"/>
        </w:rPr>
        <w:t>ych</w:t>
      </w:r>
      <w:proofErr w:type="spellEnd"/>
      <w:r w:rsidRPr="00373CE9">
        <w:rPr>
          <w:rFonts w:cs="Arial"/>
          <w:i/>
          <w:iCs/>
          <w:vertAlign w:val="superscript"/>
          <w:lang w:val="pl-PL"/>
        </w:rPr>
        <w:t>]</w:t>
      </w:r>
    </w:p>
    <w:p w14:paraId="17116A53" w14:textId="77777777" w:rsidR="004B3F90" w:rsidRPr="00373CE9" w:rsidRDefault="004B3F90" w:rsidP="004B3F90">
      <w:pPr>
        <w:tabs>
          <w:tab w:val="right" w:pos="7371"/>
        </w:tabs>
        <w:spacing w:before="240" w:after="0"/>
        <w:jc w:val="both"/>
        <w:rPr>
          <w:rFonts w:cs="Arial"/>
          <w:lang w:val="pl-PL"/>
        </w:rPr>
      </w:pPr>
      <w:r w:rsidRPr="00373CE9">
        <w:rPr>
          <w:rFonts w:cs="Arial"/>
          <w:lang w:val="pl-PL"/>
        </w:rPr>
        <w:t>to, aby Gmina Lesko z siedzibą pod adresem ul. Parkowa 1, 38-600 Lesko [dalej: „Instytucja”] mogła utrwalać i korzystać z wizerunku mojego dziecka ____________________________________________________ według poniższych zasad:</w:t>
      </w:r>
    </w:p>
    <w:p w14:paraId="1228C207" w14:textId="77777777" w:rsidR="004B3F90" w:rsidRPr="006C17F1" w:rsidRDefault="004B3F90" w:rsidP="004B3F90">
      <w:pPr>
        <w:tabs>
          <w:tab w:val="right" w:pos="5812"/>
        </w:tabs>
        <w:spacing w:before="240" w:after="0"/>
        <w:ind w:left="284" w:right="4087" w:hanging="284"/>
        <w:jc w:val="right"/>
        <w:rPr>
          <w:rFonts w:cs="Arial"/>
          <w:i/>
          <w:iCs/>
          <w:vertAlign w:val="superscript"/>
        </w:rPr>
      </w:pPr>
      <w:r w:rsidRPr="00373CE9">
        <w:rPr>
          <w:rFonts w:cs="Arial"/>
          <w:i/>
          <w:iCs/>
          <w:vertAlign w:val="superscript"/>
          <w:lang w:val="pl-PL"/>
        </w:rPr>
        <w:tab/>
      </w:r>
      <w:r w:rsidRPr="00373CE9">
        <w:rPr>
          <w:rFonts w:cs="Arial"/>
          <w:i/>
          <w:iCs/>
          <w:vertAlign w:val="superscript"/>
          <w:lang w:val="pl-PL"/>
        </w:rPr>
        <w:tab/>
      </w:r>
      <w:r w:rsidRPr="00373CE9">
        <w:rPr>
          <w:rFonts w:cs="Arial"/>
          <w:i/>
          <w:iCs/>
          <w:vertAlign w:val="superscript"/>
          <w:lang w:val="pl-PL"/>
        </w:rPr>
        <w:tab/>
      </w:r>
      <w:r w:rsidRPr="006C17F1">
        <w:rPr>
          <w:rFonts w:cs="Arial"/>
          <w:i/>
          <w:iCs/>
          <w:vertAlign w:val="superscript"/>
        </w:rPr>
        <w:t>[</w:t>
      </w:r>
      <w:proofErr w:type="spellStart"/>
      <w:r w:rsidRPr="006C17F1">
        <w:rPr>
          <w:rFonts w:cs="Arial"/>
          <w:i/>
          <w:iCs/>
          <w:vertAlign w:val="superscript"/>
        </w:rPr>
        <w:t>imię</w:t>
      </w:r>
      <w:proofErr w:type="spellEnd"/>
      <w:r w:rsidRPr="006C17F1">
        <w:rPr>
          <w:rFonts w:cs="Arial"/>
          <w:i/>
          <w:iCs/>
          <w:vertAlign w:val="superscript"/>
        </w:rPr>
        <w:t xml:space="preserve"> i </w:t>
      </w:r>
      <w:proofErr w:type="spellStart"/>
      <w:r w:rsidRPr="006C17F1">
        <w:rPr>
          <w:rFonts w:cs="Arial"/>
          <w:i/>
          <w:iCs/>
          <w:vertAlign w:val="superscript"/>
        </w:rPr>
        <w:t>nazwisko</w:t>
      </w:r>
      <w:proofErr w:type="spellEnd"/>
      <w:r w:rsidRPr="006C17F1">
        <w:rPr>
          <w:rFonts w:cs="Arial"/>
          <w:i/>
          <w:iCs/>
          <w:vertAlign w:val="superscript"/>
        </w:rPr>
        <w:t xml:space="preserve"> </w:t>
      </w:r>
      <w:proofErr w:type="spellStart"/>
      <w:r w:rsidRPr="006C17F1">
        <w:rPr>
          <w:rFonts w:cs="Arial"/>
          <w:i/>
          <w:iCs/>
          <w:vertAlign w:val="superscript"/>
        </w:rPr>
        <w:t>dziecka</w:t>
      </w:r>
      <w:proofErr w:type="spellEnd"/>
      <w:r w:rsidRPr="006C17F1">
        <w:rPr>
          <w:rFonts w:cs="Arial"/>
          <w:i/>
          <w:iCs/>
          <w:vertAlign w:val="superscript"/>
        </w:rPr>
        <w:t>]</w:t>
      </w:r>
    </w:p>
    <w:p w14:paraId="40A85225" w14:textId="77777777" w:rsidR="004B3F90" w:rsidRPr="00373CE9" w:rsidRDefault="004B3F90" w:rsidP="004B3F90">
      <w:pPr>
        <w:numPr>
          <w:ilvl w:val="0"/>
          <w:numId w:val="12"/>
        </w:numPr>
        <w:tabs>
          <w:tab w:val="right" w:pos="9072"/>
        </w:tabs>
        <w:spacing w:before="240" w:after="0"/>
        <w:ind w:left="357" w:hanging="357"/>
        <w:jc w:val="both"/>
        <w:rPr>
          <w:rFonts w:cs="Arial"/>
          <w:b/>
          <w:bCs/>
          <w:lang w:val="pl-PL"/>
        </w:rPr>
      </w:pPr>
      <w:r w:rsidRPr="00373CE9">
        <w:rPr>
          <w:rFonts w:cs="Arial"/>
          <w:lang w:val="pl-PL"/>
        </w:rPr>
        <w:t xml:space="preserve">Wizerunek mojego dziecka może zostać utrwalony i wykorzystywany (przetwarzany i publikowany):  </w:t>
      </w:r>
    </w:p>
    <w:p w14:paraId="146439D9" w14:textId="77777777" w:rsidR="004B3F90" w:rsidRPr="00373CE9" w:rsidRDefault="004B3F90" w:rsidP="004B3F90">
      <w:pPr>
        <w:numPr>
          <w:ilvl w:val="0"/>
          <w:numId w:val="15"/>
        </w:numPr>
        <w:tabs>
          <w:tab w:val="right" w:pos="9072"/>
        </w:tabs>
        <w:spacing w:before="240" w:after="0"/>
        <w:jc w:val="both"/>
        <w:rPr>
          <w:rFonts w:cs="Arial"/>
          <w:b/>
          <w:bCs/>
          <w:lang w:val="pl-PL"/>
        </w:rPr>
      </w:pPr>
      <w:r w:rsidRPr="00373CE9">
        <w:rPr>
          <w:rFonts w:cs="Arial"/>
          <w:lang w:val="pl-PL"/>
        </w:rPr>
        <w:t>w celach pamiątkowych oraz materiałach historycznych, takich jak: plakaty, gazetki, kroniki, księgi pamiątkowe i jubileuszowe wydawnictwa – TAK/NIE*</w:t>
      </w:r>
    </w:p>
    <w:p w14:paraId="640BFC97" w14:textId="77777777" w:rsidR="004B3F90" w:rsidRPr="00373CE9" w:rsidRDefault="004B3F90" w:rsidP="004B3F90">
      <w:pPr>
        <w:numPr>
          <w:ilvl w:val="0"/>
          <w:numId w:val="15"/>
        </w:numPr>
        <w:tabs>
          <w:tab w:val="right" w:pos="9072"/>
        </w:tabs>
        <w:spacing w:before="240" w:after="0"/>
        <w:jc w:val="both"/>
        <w:rPr>
          <w:rFonts w:cs="Arial"/>
          <w:b/>
          <w:bCs/>
          <w:lang w:val="pl-PL"/>
        </w:rPr>
      </w:pPr>
      <w:r w:rsidRPr="00373CE9">
        <w:rPr>
          <w:rStyle w:val="normaltextrun"/>
          <w:rFonts w:cs="Arial"/>
          <w:shd w:val="clear" w:color="auto" w:fill="FFFFFF"/>
          <w:lang w:val="pl-PL"/>
        </w:rPr>
        <w:t xml:space="preserve">w działalności promocyjnej Instytucji, w tym w ramach materiałów promocyjnych służących budowaniu pozytywnego wizerunku Instytucji plakaty, foldery rekrutacyjne, filmy reklamowe - </w:t>
      </w:r>
      <w:r w:rsidRPr="00373CE9">
        <w:rPr>
          <w:rFonts w:cs="Arial"/>
          <w:lang w:val="pl-PL"/>
        </w:rPr>
        <w:t>TAK/NIE*</w:t>
      </w:r>
    </w:p>
    <w:p w14:paraId="3AE626FD" w14:textId="77777777" w:rsidR="004B3F90" w:rsidRPr="00373CE9" w:rsidRDefault="004B3F90" w:rsidP="004B3F90">
      <w:pPr>
        <w:numPr>
          <w:ilvl w:val="0"/>
          <w:numId w:val="15"/>
        </w:numPr>
        <w:spacing w:before="240" w:after="0"/>
        <w:rPr>
          <w:rStyle w:val="normaltextrun"/>
          <w:rFonts w:cs="Arial"/>
          <w:b/>
          <w:bCs/>
          <w:lang w:val="pl-PL"/>
        </w:rPr>
      </w:pPr>
      <w:r w:rsidRPr="00373CE9">
        <w:rPr>
          <w:rStyle w:val="normaltextrun"/>
          <w:rFonts w:cs="Arial"/>
          <w:lang w:val="pl-PL"/>
        </w:rPr>
        <w:t>w celu publikacji i wyróżnienia w przeprowadzonym konkursie - TAK/NIE*</w:t>
      </w:r>
    </w:p>
    <w:p w14:paraId="2A729499" w14:textId="77777777" w:rsidR="004B3F90" w:rsidRPr="006C17F1" w:rsidRDefault="004B3F90" w:rsidP="004B3F90">
      <w:pPr>
        <w:numPr>
          <w:ilvl w:val="0"/>
          <w:numId w:val="12"/>
        </w:numPr>
        <w:tabs>
          <w:tab w:val="right" w:pos="9072"/>
        </w:tabs>
        <w:spacing w:before="240" w:after="0"/>
        <w:jc w:val="both"/>
        <w:rPr>
          <w:rFonts w:cs="Arial"/>
          <w:b/>
          <w:bCs/>
        </w:rPr>
      </w:pPr>
      <w:r w:rsidRPr="00373CE9">
        <w:rPr>
          <w:rFonts w:cs="Arial"/>
          <w:lang w:val="pl-PL"/>
        </w:rPr>
        <w:lastRenderedPageBreak/>
        <w:t xml:space="preserve">Instytucja może utrwalić dane osobowe dziecka w formie zdjęć, plakatów i nagrań w sposób pozwalający na jego identyfikację. </w:t>
      </w:r>
      <w:proofErr w:type="spellStart"/>
      <w:r w:rsidRPr="006C17F1">
        <w:rPr>
          <w:rFonts w:cs="Arial"/>
        </w:rPr>
        <w:t>Zakres</w:t>
      </w:r>
      <w:proofErr w:type="spellEnd"/>
      <w:r w:rsidRPr="006C17F1">
        <w:rPr>
          <w:rFonts w:cs="Arial"/>
        </w:rPr>
        <w:t xml:space="preserve"> </w:t>
      </w:r>
      <w:proofErr w:type="spellStart"/>
      <w:r w:rsidRPr="006C17F1">
        <w:rPr>
          <w:rFonts w:cs="Arial"/>
        </w:rPr>
        <w:t>danych</w:t>
      </w:r>
      <w:proofErr w:type="spellEnd"/>
      <w:r w:rsidRPr="006C17F1">
        <w:rPr>
          <w:rFonts w:cs="Arial"/>
        </w:rPr>
        <w:t xml:space="preserve"> </w:t>
      </w:r>
      <w:proofErr w:type="spellStart"/>
      <w:r w:rsidRPr="006C17F1">
        <w:rPr>
          <w:rFonts w:cs="Arial"/>
        </w:rPr>
        <w:t>może</w:t>
      </w:r>
      <w:proofErr w:type="spellEnd"/>
      <w:r w:rsidRPr="006C17F1">
        <w:rPr>
          <w:rFonts w:cs="Arial"/>
        </w:rPr>
        <w:t xml:space="preserve"> </w:t>
      </w:r>
      <w:proofErr w:type="spellStart"/>
      <w:r w:rsidRPr="006C17F1">
        <w:rPr>
          <w:rFonts w:cs="Arial"/>
        </w:rPr>
        <w:t>obejmować</w:t>
      </w:r>
      <w:proofErr w:type="spellEnd"/>
      <w:r w:rsidRPr="006C17F1">
        <w:rPr>
          <w:rFonts w:cs="Arial"/>
        </w:rPr>
        <w:t xml:space="preserve">: </w:t>
      </w:r>
    </w:p>
    <w:p w14:paraId="08BB7F83" w14:textId="77777777" w:rsidR="004B3F90" w:rsidRPr="006C17F1" w:rsidRDefault="004B3F90" w:rsidP="004B3F90">
      <w:pPr>
        <w:numPr>
          <w:ilvl w:val="0"/>
          <w:numId w:val="17"/>
        </w:numPr>
        <w:tabs>
          <w:tab w:val="right" w:pos="9072"/>
        </w:tabs>
        <w:spacing w:before="240" w:after="0"/>
        <w:ind w:left="709"/>
        <w:jc w:val="both"/>
        <w:rPr>
          <w:rFonts w:cs="Arial"/>
          <w:b/>
          <w:bCs/>
        </w:rPr>
      </w:pPr>
      <w:proofErr w:type="spellStart"/>
      <w:r w:rsidRPr="006C17F1">
        <w:rPr>
          <w:rFonts w:cs="Arial"/>
        </w:rPr>
        <w:t>wizerunek</w:t>
      </w:r>
      <w:proofErr w:type="spellEnd"/>
      <w:r w:rsidRPr="006C17F1">
        <w:rPr>
          <w:rFonts w:cs="Arial"/>
        </w:rPr>
        <w:t>;</w:t>
      </w:r>
    </w:p>
    <w:p w14:paraId="1C177479" w14:textId="77777777" w:rsidR="004B3F90" w:rsidRPr="006C17F1" w:rsidRDefault="004B3F90" w:rsidP="004B3F90">
      <w:pPr>
        <w:numPr>
          <w:ilvl w:val="0"/>
          <w:numId w:val="17"/>
        </w:numPr>
        <w:tabs>
          <w:tab w:val="right" w:pos="9072"/>
        </w:tabs>
        <w:spacing w:before="240" w:after="0"/>
        <w:ind w:left="709"/>
        <w:jc w:val="both"/>
        <w:rPr>
          <w:rFonts w:cs="Arial"/>
          <w:b/>
          <w:bCs/>
        </w:rPr>
      </w:pPr>
      <w:proofErr w:type="spellStart"/>
      <w:r w:rsidRPr="006C17F1">
        <w:rPr>
          <w:rFonts w:cs="Arial"/>
        </w:rPr>
        <w:t>imię</w:t>
      </w:r>
      <w:proofErr w:type="spellEnd"/>
      <w:r w:rsidRPr="006C17F1">
        <w:rPr>
          <w:rFonts w:cs="Arial"/>
        </w:rPr>
        <w:t xml:space="preserve"> i </w:t>
      </w:r>
      <w:proofErr w:type="spellStart"/>
      <w:r w:rsidRPr="006C17F1">
        <w:rPr>
          <w:rFonts w:cs="Arial"/>
        </w:rPr>
        <w:t>nazwisko</w:t>
      </w:r>
      <w:proofErr w:type="spellEnd"/>
      <w:r w:rsidRPr="006C17F1">
        <w:rPr>
          <w:rFonts w:cs="Arial"/>
        </w:rPr>
        <w:t xml:space="preserve">; </w:t>
      </w:r>
    </w:p>
    <w:p w14:paraId="4ADBFC0E" w14:textId="77777777" w:rsidR="004B3F90" w:rsidRPr="00373CE9" w:rsidRDefault="004B3F90" w:rsidP="004B3F90">
      <w:pPr>
        <w:numPr>
          <w:ilvl w:val="0"/>
          <w:numId w:val="17"/>
        </w:numPr>
        <w:tabs>
          <w:tab w:val="right" w:pos="9072"/>
        </w:tabs>
        <w:spacing w:before="240" w:after="0"/>
        <w:ind w:left="709"/>
        <w:jc w:val="both"/>
        <w:rPr>
          <w:rFonts w:cs="Arial"/>
          <w:b/>
          <w:bCs/>
          <w:lang w:val="pl-PL"/>
        </w:rPr>
      </w:pPr>
      <w:r w:rsidRPr="00373CE9">
        <w:rPr>
          <w:rFonts w:cs="Arial"/>
          <w:lang w:val="pl-PL"/>
        </w:rPr>
        <w:t xml:space="preserve">oznaczenie klasy/grupy, do której należy dziecko; </w:t>
      </w:r>
    </w:p>
    <w:p w14:paraId="74618477" w14:textId="77777777" w:rsidR="004B3F90" w:rsidRPr="006C17F1" w:rsidRDefault="004B3F90" w:rsidP="004B3F90">
      <w:pPr>
        <w:numPr>
          <w:ilvl w:val="0"/>
          <w:numId w:val="17"/>
        </w:numPr>
        <w:tabs>
          <w:tab w:val="right" w:pos="9072"/>
        </w:tabs>
        <w:spacing w:before="240" w:after="0"/>
        <w:ind w:left="709"/>
        <w:jc w:val="both"/>
        <w:rPr>
          <w:rFonts w:cs="Arial"/>
          <w:b/>
          <w:bCs/>
        </w:rPr>
      </w:pPr>
      <w:proofErr w:type="spellStart"/>
      <w:r w:rsidRPr="006C17F1">
        <w:rPr>
          <w:rFonts w:cs="Arial"/>
        </w:rPr>
        <w:t>opis</w:t>
      </w:r>
      <w:proofErr w:type="spellEnd"/>
      <w:r w:rsidRPr="006C17F1">
        <w:rPr>
          <w:rFonts w:cs="Arial"/>
        </w:rPr>
        <w:t xml:space="preserve"> </w:t>
      </w:r>
      <w:proofErr w:type="spellStart"/>
      <w:r w:rsidRPr="006C17F1">
        <w:rPr>
          <w:rFonts w:cs="Arial"/>
        </w:rPr>
        <w:t>osiągnięć</w:t>
      </w:r>
      <w:proofErr w:type="spellEnd"/>
      <w:r w:rsidRPr="006C17F1">
        <w:rPr>
          <w:rFonts w:cs="Arial"/>
        </w:rPr>
        <w:t xml:space="preserve"> </w:t>
      </w:r>
      <w:proofErr w:type="spellStart"/>
      <w:r w:rsidRPr="006C17F1">
        <w:rPr>
          <w:rFonts w:cs="Arial"/>
        </w:rPr>
        <w:t>dziecka</w:t>
      </w:r>
      <w:proofErr w:type="spellEnd"/>
      <w:r w:rsidRPr="006C17F1">
        <w:rPr>
          <w:rFonts w:cs="Arial"/>
        </w:rPr>
        <w:t xml:space="preserve">. </w:t>
      </w:r>
    </w:p>
    <w:p w14:paraId="5C23D233" w14:textId="77777777" w:rsidR="004B3F90" w:rsidRPr="00373CE9" w:rsidRDefault="004B3F90" w:rsidP="004B3F90">
      <w:pPr>
        <w:numPr>
          <w:ilvl w:val="0"/>
          <w:numId w:val="12"/>
        </w:numPr>
        <w:tabs>
          <w:tab w:val="right" w:pos="9072"/>
        </w:tabs>
        <w:spacing w:before="240" w:after="0"/>
        <w:jc w:val="both"/>
        <w:rPr>
          <w:rFonts w:cs="Arial"/>
          <w:b/>
          <w:bCs/>
          <w:lang w:val="pl-PL"/>
        </w:rPr>
      </w:pPr>
      <w:r w:rsidRPr="00373CE9">
        <w:rPr>
          <w:rFonts w:cs="Arial"/>
          <w:lang w:val="pl-PL"/>
        </w:rPr>
        <w:t>Przygotowane w ten sposób materiały można rozpowszechnić w formie pisemnej i elektronicznej</w:t>
      </w:r>
      <w:r w:rsidRPr="00373CE9">
        <w:rPr>
          <w:rFonts w:cs="Arial"/>
          <w:lang w:val="pl-PL"/>
        </w:rPr>
        <w:br/>
        <w:t>w następujący sposób:</w:t>
      </w:r>
    </w:p>
    <w:p w14:paraId="6543C9DD" w14:textId="77777777" w:rsidR="004B3F90" w:rsidRPr="00373CE9" w:rsidRDefault="004B3F90" w:rsidP="004B3F90">
      <w:pPr>
        <w:numPr>
          <w:ilvl w:val="0"/>
          <w:numId w:val="14"/>
        </w:numPr>
        <w:tabs>
          <w:tab w:val="right" w:pos="9072"/>
        </w:tabs>
        <w:spacing w:before="240" w:after="0"/>
        <w:jc w:val="both"/>
        <w:rPr>
          <w:rFonts w:cs="Arial"/>
          <w:b/>
          <w:bCs/>
          <w:lang w:val="pl-PL"/>
        </w:rPr>
      </w:pPr>
      <w:r w:rsidRPr="00373CE9">
        <w:rPr>
          <w:rFonts w:cs="Arial"/>
          <w:lang w:val="pl-PL"/>
        </w:rPr>
        <w:t>na stronie internetowej Instytucji – TAK/NIE*</w:t>
      </w:r>
    </w:p>
    <w:p w14:paraId="74A40D3B" w14:textId="77777777" w:rsidR="004B3F90" w:rsidRPr="00373CE9" w:rsidRDefault="004B3F90" w:rsidP="004B3F90">
      <w:pPr>
        <w:numPr>
          <w:ilvl w:val="0"/>
          <w:numId w:val="14"/>
        </w:numPr>
        <w:tabs>
          <w:tab w:val="right" w:pos="9072"/>
        </w:tabs>
        <w:spacing w:before="240" w:after="0"/>
        <w:jc w:val="both"/>
        <w:rPr>
          <w:rFonts w:cs="Arial"/>
          <w:b/>
          <w:bCs/>
          <w:lang w:val="pl-PL"/>
        </w:rPr>
      </w:pPr>
      <w:r w:rsidRPr="00373CE9">
        <w:rPr>
          <w:rFonts w:cs="Arial"/>
          <w:lang w:val="pl-PL"/>
        </w:rPr>
        <w:t>w mediach społecznościowych prowadzonych przez Instytucję:</w:t>
      </w:r>
    </w:p>
    <w:p w14:paraId="549C8A7E" w14:textId="77777777" w:rsidR="004B3F90" w:rsidRPr="00373CE9" w:rsidRDefault="004B3F90" w:rsidP="004B3F90">
      <w:pPr>
        <w:numPr>
          <w:ilvl w:val="1"/>
          <w:numId w:val="16"/>
        </w:numPr>
        <w:tabs>
          <w:tab w:val="right" w:pos="9072"/>
        </w:tabs>
        <w:spacing w:before="240" w:after="0"/>
        <w:jc w:val="both"/>
        <w:rPr>
          <w:rFonts w:cs="Arial"/>
          <w:b/>
          <w:bCs/>
          <w:lang w:val="pl-PL"/>
        </w:rPr>
      </w:pPr>
      <w:r w:rsidRPr="00373CE9">
        <w:rPr>
          <w:rFonts w:cs="Arial"/>
          <w:lang w:val="pl-PL"/>
        </w:rPr>
        <w:t>oficjalny profil Instytucji na portalach Facebook i Instagram – TAK/NIE*</w:t>
      </w:r>
    </w:p>
    <w:p w14:paraId="1479D992" w14:textId="77777777" w:rsidR="004B3F90" w:rsidRPr="00373CE9" w:rsidRDefault="004B3F90" w:rsidP="004B3F90">
      <w:pPr>
        <w:numPr>
          <w:ilvl w:val="1"/>
          <w:numId w:val="16"/>
        </w:numPr>
        <w:tabs>
          <w:tab w:val="right" w:pos="9072"/>
        </w:tabs>
        <w:spacing w:before="240" w:after="0"/>
        <w:jc w:val="both"/>
        <w:rPr>
          <w:rFonts w:cs="Arial"/>
          <w:b/>
          <w:bCs/>
          <w:lang w:val="pl-PL"/>
        </w:rPr>
      </w:pPr>
      <w:r w:rsidRPr="00373CE9">
        <w:rPr>
          <w:rFonts w:cs="Arial"/>
          <w:lang w:val="pl-PL"/>
        </w:rPr>
        <w:t xml:space="preserve">oficjalny profil Instytucji na portalu </w:t>
      </w:r>
      <w:proofErr w:type="spellStart"/>
      <w:r w:rsidRPr="00373CE9">
        <w:rPr>
          <w:rFonts w:cs="Arial"/>
          <w:lang w:val="pl-PL"/>
        </w:rPr>
        <w:t>TikTok</w:t>
      </w:r>
      <w:proofErr w:type="spellEnd"/>
      <w:r w:rsidRPr="00373CE9">
        <w:rPr>
          <w:rFonts w:cs="Arial"/>
          <w:lang w:val="pl-PL"/>
        </w:rPr>
        <w:t xml:space="preserve"> – TAK/NIE*</w:t>
      </w:r>
    </w:p>
    <w:p w14:paraId="219C68B1" w14:textId="77777777" w:rsidR="004B3F90" w:rsidRPr="006C17F1" w:rsidRDefault="004B3F90" w:rsidP="004B3F90">
      <w:pPr>
        <w:numPr>
          <w:ilvl w:val="1"/>
          <w:numId w:val="16"/>
        </w:numPr>
        <w:tabs>
          <w:tab w:val="right" w:pos="9072"/>
        </w:tabs>
        <w:spacing w:before="240" w:after="0"/>
        <w:jc w:val="both"/>
        <w:rPr>
          <w:rFonts w:cs="Arial"/>
          <w:b/>
          <w:bCs/>
        </w:rPr>
      </w:pPr>
      <w:r w:rsidRPr="006C17F1">
        <w:rPr>
          <w:rFonts w:cs="Arial"/>
        </w:rPr>
        <w:t>Inne – TAK/NIE*</w:t>
      </w:r>
    </w:p>
    <w:p w14:paraId="0869200D" w14:textId="77777777" w:rsidR="004B3F90" w:rsidRPr="00373CE9" w:rsidRDefault="004B3F90" w:rsidP="004B3F90">
      <w:pPr>
        <w:numPr>
          <w:ilvl w:val="0"/>
          <w:numId w:val="14"/>
        </w:numPr>
        <w:tabs>
          <w:tab w:val="right" w:pos="9072"/>
        </w:tabs>
        <w:spacing w:before="240" w:after="0"/>
        <w:jc w:val="both"/>
        <w:rPr>
          <w:rFonts w:cs="Arial"/>
          <w:b/>
          <w:bCs/>
          <w:lang w:val="pl-PL"/>
        </w:rPr>
      </w:pPr>
      <w:r w:rsidRPr="00373CE9">
        <w:rPr>
          <w:rFonts w:cs="Arial"/>
          <w:lang w:val="pl-PL"/>
        </w:rPr>
        <w:t>w gazetach i na tablicach informacyjnych – TAK/NIE*</w:t>
      </w:r>
    </w:p>
    <w:p w14:paraId="43FF4CB8" w14:textId="77777777" w:rsidR="004B3F90" w:rsidRPr="00373CE9" w:rsidRDefault="004B3F90" w:rsidP="004B3F90">
      <w:pPr>
        <w:numPr>
          <w:ilvl w:val="0"/>
          <w:numId w:val="14"/>
        </w:numPr>
        <w:tabs>
          <w:tab w:val="right" w:pos="9072"/>
        </w:tabs>
        <w:spacing w:before="240" w:after="0"/>
        <w:jc w:val="both"/>
        <w:rPr>
          <w:rFonts w:cs="Arial"/>
          <w:b/>
          <w:bCs/>
          <w:lang w:val="pl-PL"/>
        </w:rPr>
      </w:pPr>
      <w:r w:rsidRPr="00373CE9">
        <w:rPr>
          <w:rFonts w:cs="Arial"/>
          <w:lang w:val="pl-PL"/>
        </w:rPr>
        <w:t>w materiałach o charakterze pamiątkowym – TAK/NIE*</w:t>
      </w:r>
    </w:p>
    <w:p w14:paraId="342EF8F3" w14:textId="77777777" w:rsidR="004B3F90" w:rsidRPr="00373CE9" w:rsidRDefault="004B3F90" w:rsidP="004B3F90">
      <w:pPr>
        <w:numPr>
          <w:ilvl w:val="0"/>
          <w:numId w:val="14"/>
        </w:numPr>
        <w:tabs>
          <w:tab w:val="right" w:pos="9072"/>
        </w:tabs>
        <w:spacing w:before="240" w:after="0"/>
        <w:jc w:val="both"/>
        <w:rPr>
          <w:rFonts w:cs="Arial"/>
          <w:b/>
          <w:bCs/>
          <w:lang w:val="pl-PL"/>
        </w:rPr>
      </w:pPr>
      <w:r w:rsidRPr="00373CE9">
        <w:rPr>
          <w:rFonts w:cs="Arial"/>
          <w:lang w:val="pl-PL"/>
        </w:rPr>
        <w:t>w materiałach promocyjnych Instytucji – TAK/NIE*</w:t>
      </w:r>
    </w:p>
    <w:p w14:paraId="09114E68" w14:textId="77777777" w:rsidR="004B3F90" w:rsidRPr="00373CE9" w:rsidRDefault="004B3F90" w:rsidP="004B3F90">
      <w:pPr>
        <w:numPr>
          <w:ilvl w:val="0"/>
          <w:numId w:val="14"/>
        </w:numPr>
        <w:tabs>
          <w:tab w:val="right" w:pos="9072"/>
        </w:tabs>
        <w:spacing w:before="240" w:after="0"/>
        <w:jc w:val="both"/>
        <w:rPr>
          <w:rFonts w:cs="Arial"/>
          <w:b/>
          <w:bCs/>
          <w:lang w:val="pl-PL"/>
        </w:rPr>
      </w:pPr>
      <w:r w:rsidRPr="00373CE9">
        <w:rPr>
          <w:rFonts w:cs="Arial"/>
          <w:lang w:val="pl-PL"/>
        </w:rPr>
        <w:t xml:space="preserve">na nośnikach elektronicznych takich jak np. płyty CD i DVD – TAK/NIE*  </w:t>
      </w:r>
    </w:p>
    <w:p w14:paraId="77F9B43C" w14:textId="77777777" w:rsidR="004B3F90" w:rsidRPr="00373CE9" w:rsidRDefault="004B3F90" w:rsidP="004B3F90">
      <w:pPr>
        <w:numPr>
          <w:ilvl w:val="0"/>
          <w:numId w:val="14"/>
        </w:numPr>
        <w:tabs>
          <w:tab w:val="right" w:pos="9072"/>
        </w:tabs>
        <w:spacing w:before="240" w:after="0"/>
        <w:jc w:val="both"/>
        <w:rPr>
          <w:rFonts w:cs="Arial"/>
          <w:b/>
          <w:bCs/>
          <w:lang w:val="pl-PL"/>
        </w:rPr>
      </w:pPr>
      <w:r w:rsidRPr="00373CE9">
        <w:rPr>
          <w:rFonts w:cs="Arial"/>
          <w:lang w:val="pl-PL"/>
        </w:rPr>
        <w:t xml:space="preserve">na zamkniętej platformie z logowaniem lub w szyfrowanej galerii z jednorazowym linkiem – TAK/NIE*  </w:t>
      </w:r>
    </w:p>
    <w:p w14:paraId="41845470" w14:textId="77777777" w:rsidR="004B3F90" w:rsidRPr="00373CE9" w:rsidRDefault="004B3F90" w:rsidP="004B3F90">
      <w:pPr>
        <w:numPr>
          <w:ilvl w:val="0"/>
          <w:numId w:val="12"/>
        </w:numPr>
        <w:tabs>
          <w:tab w:val="right" w:pos="9072"/>
        </w:tabs>
        <w:spacing w:before="240" w:after="0"/>
        <w:jc w:val="both"/>
        <w:rPr>
          <w:rFonts w:cs="Arial"/>
          <w:b/>
          <w:bCs/>
          <w:lang w:val="pl-PL"/>
        </w:rPr>
      </w:pPr>
      <w:r w:rsidRPr="00373CE9">
        <w:rPr>
          <w:rFonts w:cs="Arial"/>
          <w:lang w:val="pl-PL"/>
        </w:rPr>
        <w:t xml:space="preserve">Wyrażam/y również zgodę, aby wizerunek mojego dziecka został użyty przy różnego rodzaju formach przetwarzania obrazu, w tym elektronicznego, przerabiania, kadrowania, w tym wykorzystywania go w innych utworach i łączenia z innymi utworami i w zestawieniu z innymi osobami, bez konieczności akceptacji obrazu końcowego. Oświadczam/y, że zrzekam/y się praw związanych z kontrolą i zatwierdzaniem każdorazowego wykorzystania fotografii z wizerunkiem dziecka, a wykorzystanie wizerunku zgodnie </w:t>
      </w:r>
      <w:r w:rsidRPr="00373CE9">
        <w:rPr>
          <w:rFonts w:cs="Arial"/>
          <w:lang w:val="pl-PL"/>
        </w:rPr>
        <w:br/>
        <w:t>z niniejszym oświadczeniem nie narusza dóbr osobistych ani innych praw.</w:t>
      </w:r>
    </w:p>
    <w:p w14:paraId="0CA8233C" w14:textId="77777777" w:rsidR="004B3F90" w:rsidRPr="00373CE9" w:rsidRDefault="004B3F90" w:rsidP="004B3F90">
      <w:pPr>
        <w:numPr>
          <w:ilvl w:val="0"/>
          <w:numId w:val="12"/>
        </w:numPr>
        <w:tabs>
          <w:tab w:val="right" w:pos="9072"/>
        </w:tabs>
        <w:spacing w:before="240" w:after="0"/>
        <w:jc w:val="both"/>
        <w:rPr>
          <w:rFonts w:cs="Arial"/>
          <w:b/>
          <w:bCs/>
          <w:lang w:val="pl-PL"/>
        </w:rPr>
      </w:pPr>
      <w:r w:rsidRPr="00373CE9">
        <w:rPr>
          <w:rFonts w:cs="Arial"/>
          <w:lang w:val="pl-PL"/>
        </w:rPr>
        <w:t xml:space="preserve">Niniejszej zgody udzielam/y nieodpłatnie na czas nieokreślony. Zgoda jest nieograniczona terytorialnie. Oznacza to, że obowiązuje aż do odwołania. Zgoda może zostać wycofana w dowolnym momencie. Zostałem poinformowany/Zostaliśmy poinformowani, że wycofanie udzielonej przeze mnie/ przez nas zgody nie wypłynie na zgodność przetwarzania danych dziecka z prawem, jakie miało miejsce przed wycofaniem zgody. </w:t>
      </w:r>
    </w:p>
    <w:p w14:paraId="295C6068" w14:textId="77777777" w:rsidR="004B3F90" w:rsidRPr="00373CE9" w:rsidRDefault="004B3F90" w:rsidP="004B3F90">
      <w:pPr>
        <w:numPr>
          <w:ilvl w:val="0"/>
          <w:numId w:val="12"/>
        </w:numPr>
        <w:tabs>
          <w:tab w:val="right" w:pos="9072"/>
        </w:tabs>
        <w:spacing w:before="240" w:after="0"/>
        <w:jc w:val="both"/>
        <w:rPr>
          <w:rFonts w:cs="Arial"/>
          <w:b/>
          <w:bCs/>
          <w:lang w:val="pl-PL"/>
        </w:rPr>
      </w:pPr>
      <w:r w:rsidRPr="00373CE9">
        <w:rPr>
          <w:rFonts w:cs="Arial"/>
          <w:lang w:val="pl-PL"/>
        </w:rPr>
        <w:t>Jestem/</w:t>
      </w:r>
      <w:proofErr w:type="spellStart"/>
      <w:r w:rsidRPr="00373CE9">
        <w:rPr>
          <w:rFonts w:cs="Arial"/>
          <w:lang w:val="pl-PL"/>
        </w:rPr>
        <w:t>śmy</w:t>
      </w:r>
      <w:proofErr w:type="spellEnd"/>
      <w:r w:rsidRPr="00373CE9">
        <w:rPr>
          <w:rFonts w:cs="Arial"/>
          <w:lang w:val="pl-PL"/>
        </w:rPr>
        <w:t xml:space="preserve"> świadomy/a/i, że zgodę można wycofać przesyłając stosowne oświadczenie na adres siedziby Instytucji lub za pośrednictwem poczty e-mail na adres: gmina@lesko.pl.</w:t>
      </w:r>
    </w:p>
    <w:p w14:paraId="57EB44AE" w14:textId="77777777" w:rsidR="004B3F90" w:rsidRPr="00373CE9" w:rsidRDefault="004B3F90" w:rsidP="004B3F90">
      <w:pPr>
        <w:numPr>
          <w:ilvl w:val="0"/>
          <w:numId w:val="12"/>
        </w:numPr>
        <w:tabs>
          <w:tab w:val="right" w:pos="9072"/>
        </w:tabs>
        <w:spacing w:before="240" w:after="160" w:line="360" w:lineRule="auto"/>
        <w:jc w:val="both"/>
        <w:rPr>
          <w:rFonts w:cs="Arial"/>
          <w:b/>
          <w:bCs/>
          <w:lang w:val="pl-PL"/>
        </w:rPr>
      </w:pPr>
      <w:r w:rsidRPr="00373CE9">
        <w:rPr>
          <w:rFonts w:cs="Arial"/>
          <w:lang w:val="pl-PL"/>
        </w:rPr>
        <w:t xml:space="preserve">UWAGA - W trakcie różnego rodzaju imprez organizowanych lub współorganizowanych w związku z działalnością Instytucji dokonujemy rejestracji wizerunku Państwa dziecka. Wskazujemy, że zgodnie z art. </w:t>
      </w:r>
      <w:r w:rsidRPr="00373CE9">
        <w:rPr>
          <w:rFonts w:cs="Arial"/>
          <w:lang w:val="pl-PL"/>
        </w:rPr>
        <w:lastRenderedPageBreak/>
        <w:t xml:space="preserve">81 ust. 2 pkt. 2 ustawy z dnia 4 lutego 1994 r. o prawie autorskim i prawach pokrewnych, rozpowszechnianie wizerunku dziecka stanowiącego jedynie szczegół całości w/w imprez nie wymaga Państwa zgody na publikacje. Przez wykorzystanie stanowiące jedynie szczegół całości rozumie się w szczególności te ujęcia, na których dziecko występuje w tłumie, jak również ujęcia, na których dziecko występuje samodzielnie, jednak sposób rejestracji (tj. np. kąt kamery, czas trwania ujęcia) nie pozwala w rozsądnym zakresie przyjąć, że wizerunek dziecka stanowi główny lub podstawowy element tego ujęcia (np. krótka migawka pokazująca specyficzną rolę, jaką dziecko odgrywa w danej imprezie typu przedstawienie). </w:t>
      </w:r>
    </w:p>
    <w:tbl>
      <w:tblPr>
        <w:tblpPr w:leftFromText="141" w:rightFromText="141" w:vertAnchor="text" w:horzAnchor="margin" w:tblpY="-59"/>
        <w:tblW w:w="5006" w:type="pct"/>
        <w:tblLook w:val="04A0" w:firstRow="1" w:lastRow="0" w:firstColumn="1" w:lastColumn="0" w:noHBand="0" w:noVBand="1"/>
      </w:tblPr>
      <w:tblGrid>
        <w:gridCol w:w="3217"/>
        <w:gridCol w:w="264"/>
        <w:gridCol w:w="666"/>
        <w:gridCol w:w="666"/>
        <w:gridCol w:w="666"/>
        <w:gridCol w:w="666"/>
        <w:gridCol w:w="666"/>
        <w:gridCol w:w="666"/>
        <w:gridCol w:w="666"/>
        <w:gridCol w:w="666"/>
        <w:gridCol w:w="666"/>
        <w:gridCol w:w="666"/>
        <w:gridCol w:w="657"/>
        <w:gridCol w:w="15"/>
      </w:tblGrid>
      <w:tr w:rsidR="004B3F90" w:rsidRPr="006C17F1" w14:paraId="61BD9827" w14:textId="77777777" w:rsidTr="00895508">
        <w:tc>
          <w:tcPr>
            <w:tcW w:w="1487" w:type="pct"/>
            <w:shd w:val="clear" w:color="auto" w:fill="F2F2F2" w:themeFill="background1" w:themeFillShade="F2"/>
          </w:tcPr>
          <w:p w14:paraId="77B6AB50" w14:textId="77777777" w:rsidR="004B3F90" w:rsidRPr="006C17F1" w:rsidRDefault="004B3F90" w:rsidP="00895508">
            <w:pPr>
              <w:tabs>
                <w:tab w:val="right" w:pos="9072"/>
              </w:tabs>
              <w:spacing w:before="240" w:after="0"/>
              <w:jc w:val="center"/>
              <w:rPr>
                <w:rFonts w:cs="Arial"/>
              </w:rPr>
            </w:pPr>
            <w:r w:rsidRPr="006C17F1">
              <w:rPr>
                <w:rFonts w:cs="Arial"/>
              </w:rPr>
              <w:t xml:space="preserve">Data </w:t>
            </w:r>
            <w:proofErr w:type="spellStart"/>
            <w:r w:rsidRPr="006C17F1">
              <w:rPr>
                <w:rFonts w:cs="Arial"/>
              </w:rPr>
              <w:t>zgody</w:t>
            </w:r>
            <w:proofErr w:type="spellEnd"/>
          </w:p>
        </w:tc>
        <w:tc>
          <w:tcPr>
            <w:tcW w:w="122" w:type="pct"/>
            <w:tcBorders>
              <w:right w:val="single" w:sz="4" w:space="0" w:color="auto"/>
            </w:tcBorders>
          </w:tcPr>
          <w:p w14:paraId="35D70FAE" w14:textId="77777777" w:rsidR="004B3F90" w:rsidRPr="006C17F1" w:rsidRDefault="004B3F90" w:rsidP="00895508">
            <w:pPr>
              <w:tabs>
                <w:tab w:val="right" w:pos="9072"/>
              </w:tabs>
              <w:spacing w:before="240" w:after="0"/>
              <w:jc w:val="both"/>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1681442E" w14:textId="77777777" w:rsidR="004B3F90" w:rsidRPr="006C17F1" w:rsidRDefault="004B3F90" w:rsidP="00895508">
            <w:pPr>
              <w:tabs>
                <w:tab w:val="right" w:pos="9072"/>
              </w:tabs>
              <w:spacing w:before="240" w:after="0"/>
              <w:jc w:val="center"/>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78215480" w14:textId="77777777" w:rsidR="004B3F90" w:rsidRPr="006C17F1" w:rsidRDefault="004B3F90" w:rsidP="00895508">
            <w:pPr>
              <w:tabs>
                <w:tab w:val="right" w:pos="9072"/>
              </w:tabs>
              <w:spacing w:before="240" w:after="0"/>
              <w:jc w:val="center"/>
              <w:rPr>
                <w:rFonts w:cs="Arial"/>
              </w:rPr>
            </w:pPr>
          </w:p>
        </w:tc>
        <w:tc>
          <w:tcPr>
            <w:tcW w:w="308" w:type="pct"/>
            <w:tcBorders>
              <w:left w:val="single" w:sz="4" w:space="0" w:color="auto"/>
              <w:right w:val="single" w:sz="4" w:space="0" w:color="auto"/>
            </w:tcBorders>
            <w:shd w:val="clear" w:color="auto" w:fill="F2F2F2" w:themeFill="background1" w:themeFillShade="F2"/>
          </w:tcPr>
          <w:p w14:paraId="31B3B0C1" w14:textId="77777777" w:rsidR="004B3F90" w:rsidRPr="006C17F1" w:rsidRDefault="004B3F90" w:rsidP="00895508">
            <w:pPr>
              <w:tabs>
                <w:tab w:val="right" w:pos="9072"/>
              </w:tabs>
              <w:spacing w:before="240" w:after="0"/>
              <w:jc w:val="center"/>
              <w:rPr>
                <w:rFonts w:cs="Arial"/>
              </w:rPr>
            </w:pPr>
            <w:r w:rsidRPr="006C17F1">
              <w:rPr>
                <w:rFonts w:cs="Arial"/>
              </w:rPr>
              <w:t>/</w:t>
            </w:r>
          </w:p>
        </w:tc>
        <w:tc>
          <w:tcPr>
            <w:tcW w:w="308" w:type="pct"/>
            <w:tcBorders>
              <w:top w:val="single" w:sz="4" w:space="0" w:color="auto"/>
              <w:left w:val="single" w:sz="4" w:space="0" w:color="auto"/>
              <w:bottom w:val="single" w:sz="4" w:space="0" w:color="auto"/>
              <w:right w:val="single" w:sz="4" w:space="0" w:color="auto"/>
            </w:tcBorders>
            <w:vAlign w:val="center"/>
          </w:tcPr>
          <w:p w14:paraId="5590B880" w14:textId="77777777" w:rsidR="004B3F90" w:rsidRPr="006C17F1" w:rsidRDefault="004B3F90" w:rsidP="00895508">
            <w:pPr>
              <w:tabs>
                <w:tab w:val="right" w:pos="9072"/>
              </w:tabs>
              <w:spacing w:before="240" w:after="0"/>
              <w:jc w:val="center"/>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2C02DEEB" w14:textId="77777777" w:rsidR="004B3F90" w:rsidRPr="006C17F1" w:rsidRDefault="004B3F90" w:rsidP="00895508">
            <w:pPr>
              <w:tabs>
                <w:tab w:val="right" w:pos="9072"/>
              </w:tabs>
              <w:spacing w:before="240" w:after="0"/>
              <w:jc w:val="center"/>
              <w:rPr>
                <w:rFonts w:cs="Arial"/>
              </w:rPr>
            </w:pPr>
          </w:p>
        </w:tc>
        <w:tc>
          <w:tcPr>
            <w:tcW w:w="308" w:type="pct"/>
            <w:tcBorders>
              <w:left w:val="single" w:sz="4" w:space="0" w:color="auto"/>
            </w:tcBorders>
            <w:shd w:val="clear" w:color="auto" w:fill="F2F2F2" w:themeFill="background1" w:themeFillShade="F2"/>
            <w:vAlign w:val="center"/>
          </w:tcPr>
          <w:p w14:paraId="052E9DBD" w14:textId="77777777" w:rsidR="004B3F90" w:rsidRPr="006C17F1" w:rsidRDefault="004B3F90" w:rsidP="00895508">
            <w:pPr>
              <w:tabs>
                <w:tab w:val="right" w:pos="9072"/>
              </w:tabs>
              <w:spacing w:before="240" w:after="0"/>
              <w:jc w:val="center"/>
              <w:rPr>
                <w:rFonts w:cs="Arial"/>
              </w:rPr>
            </w:pPr>
            <w:r w:rsidRPr="006C17F1">
              <w:rPr>
                <w:rFonts w:cs="Arial"/>
              </w:rPr>
              <w:t>/</w:t>
            </w:r>
          </w:p>
        </w:tc>
        <w:tc>
          <w:tcPr>
            <w:tcW w:w="308" w:type="pct"/>
            <w:shd w:val="clear" w:color="auto" w:fill="F2F2F2" w:themeFill="background1" w:themeFillShade="F2"/>
            <w:vAlign w:val="center"/>
          </w:tcPr>
          <w:p w14:paraId="68661042" w14:textId="77777777" w:rsidR="004B3F90" w:rsidRPr="006C17F1" w:rsidRDefault="004B3F90" w:rsidP="00895508">
            <w:pPr>
              <w:tabs>
                <w:tab w:val="right" w:pos="9072"/>
              </w:tabs>
              <w:spacing w:before="240" w:after="0"/>
              <w:jc w:val="center"/>
              <w:rPr>
                <w:rFonts w:cs="Arial"/>
              </w:rPr>
            </w:pPr>
            <w:r w:rsidRPr="006C17F1">
              <w:rPr>
                <w:rFonts w:cs="Arial"/>
              </w:rPr>
              <w:t>2</w:t>
            </w:r>
          </w:p>
        </w:tc>
        <w:tc>
          <w:tcPr>
            <w:tcW w:w="308" w:type="pct"/>
            <w:tcBorders>
              <w:right w:val="single" w:sz="4" w:space="0" w:color="auto"/>
            </w:tcBorders>
            <w:shd w:val="clear" w:color="auto" w:fill="F2F2F2" w:themeFill="background1" w:themeFillShade="F2"/>
            <w:vAlign w:val="center"/>
          </w:tcPr>
          <w:p w14:paraId="2E8AA173" w14:textId="77777777" w:rsidR="004B3F90" w:rsidRPr="006C17F1" w:rsidRDefault="004B3F90" w:rsidP="00895508">
            <w:pPr>
              <w:tabs>
                <w:tab w:val="right" w:pos="9072"/>
              </w:tabs>
              <w:spacing w:before="240" w:after="0"/>
              <w:jc w:val="center"/>
              <w:rPr>
                <w:rFonts w:cs="Arial"/>
              </w:rPr>
            </w:pPr>
            <w:r w:rsidRPr="006C17F1">
              <w:rPr>
                <w:rFonts w:cs="Arial"/>
              </w:rPr>
              <w:t>0</w:t>
            </w:r>
          </w:p>
        </w:tc>
        <w:tc>
          <w:tcPr>
            <w:tcW w:w="308" w:type="pct"/>
            <w:tcBorders>
              <w:top w:val="single" w:sz="4" w:space="0" w:color="auto"/>
              <w:left w:val="single" w:sz="4" w:space="0" w:color="auto"/>
              <w:bottom w:val="single" w:sz="4" w:space="0" w:color="auto"/>
              <w:right w:val="single" w:sz="4" w:space="0" w:color="auto"/>
            </w:tcBorders>
            <w:vAlign w:val="center"/>
          </w:tcPr>
          <w:p w14:paraId="17607AB8" w14:textId="77777777" w:rsidR="004B3F90" w:rsidRPr="006C17F1" w:rsidRDefault="004B3F90" w:rsidP="00895508">
            <w:pPr>
              <w:tabs>
                <w:tab w:val="right" w:pos="9072"/>
              </w:tabs>
              <w:spacing w:before="240" w:after="0"/>
              <w:jc w:val="center"/>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6B509253" w14:textId="77777777" w:rsidR="004B3F90" w:rsidRPr="006C17F1" w:rsidRDefault="004B3F90" w:rsidP="00895508">
            <w:pPr>
              <w:tabs>
                <w:tab w:val="right" w:pos="9072"/>
              </w:tabs>
              <w:spacing w:before="240" w:after="0"/>
              <w:jc w:val="center"/>
              <w:rPr>
                <w:rFonts w:cs="Arial"/>
              </w:rPr>
            </w:pPr>
          </w:p>
        </w:tc>
        <w:tc>
          <w:tcPr>
            <w:tcW w:w="308" w:type="pct"/>
            <w:gridSpan w:val="2"/>
            <w:tcBorders>
              <w:left w:val="single" w:sz="4" w:space="0" w:color="auto"/>
            </w:tcBorders>
            <w:shd w:val="clear" w:color="auto" w:fill="F2F2F2" w:themeFill="background1" w:themeFillShade="F2"/>
            <w:vAlign w:val="center"/>
          </w:tcPr>
          <w:p w14:paraId="0D0A5DCF" w14:textId="77777777" w:rsidR="004B3F90" w:rsidRPr="006C17F1" w:rsidRDefault="004B3F90" w:rsidP="00895508">
            <w:pPr>
              <w:tabs>
                <w:tab w:val="right" w:pos="9072"/>
              </w:tabs>
              <w:spacing w:before="240" w:after="0"/>
              <w:jc w:val="center"/>
              <w:rPr>
                <w:rFonts w:cs="Arial"/>
              </w:rPr>
            </w:pPr>
            <w:r w:rsidRPr="006C17F1">
              <w:rPr>
                <w:rFonts w:cs="Arial"/>
              </w:rPr>
              <w:t>r.</w:t>
            </w:r>
          </w:p>
        </w:tc>
      </w:tr>
      <w:tr w:rsidR="004B3F90" w:rsidRPr="006C17F1" w14:paraId="33D42AA3" w14:textId="77777777" w:rsidTr="00895508">
        <w:tc>
          <w:tcPr>
            <w:tcW w:w="1487" w:type="pct"/>
          </w:tcPr>
          <w:p w14:paraId="4182F4B9" w14:textId="77777777" w:rsidR="004B3F90" w:rsidRPr="006C17F1" w:rsidRDefault="004B3F90" w:rsidP="00895508">
            <w:pPr>
              <w:tabs>
                <w:tab w:val="right" w:pos="9072"/>
              </w:tabs>
              <w:spacing w:before="240" w:after="0"/>
              <w:jc w:val="center"/>
              <w:rPr>
                <w:rFonts w:cs="Arial"/>
              </w:rPr>
            </w:pPr>
          </w:p>
        </w:tc>
        <w:tc>
          <w:tcPr>
            <w:tcW w:w="122" w:type="pct"/>
          </w:tcPr>
          <w:p w14:paraId="57F32DE7" w14:textId="77777777" w:rsidR="004B3F90" w:rsidRPr="006C17F1" w:rsidRDefault="004B3F90" w:rsidP="00895508">
            <w:pPr>
              <w:tabs>
                <w:tab w:val="right" w:pos="9072"/>
              </w:tabs>
              <w:spacing w:before="240" w:after="0"/>
              <w:jc w:val="both"/>
              <w:rPr>
                <w:rFonts w:cs="Arial"/>
              </w:rPr>
            </w:pPr>
          </w:p>
        </w:tc>
        <w:tc>
          <w:tcPr>
            <w:tcW w:w="3391" w:type="pct"/>
            <w:gridSpan w:val="12"/>
          </w:tcPr>
          <w:p w14:paraId="2734E8D0" w14:textId="77777777" w:rsidR="004B3F90" w:rsidRPr="006C17F1" w:rsidRDefault="004B3F90" w:rsidP="00895508">
            <w:pPr>
              <w:tabs>
                <w:tab w:val="right" w:pos="9072"/>
              </w:tabs>
              <w:spacing w:before="240" w:after="0"/>
              <w:jc w:val="both"/>
              <w:rPr>
                <w:rFonts w:cs="Arial"/>
              </w:rPr>
            </w:pPr>
          </w:p>
        </w:tc>
      </w:tr>
      <w:tr w:rsidR="004B3F90" w:rsidRPr="006C17F1" w14:paraId="60A87571" w14:textId="77777777" w:rsidTr="00895508">
        <w:trPr>
          <w:gridAfter w:val="1"/>
          <w:wAfter w:w="7" w:type="pct"/>
        </w:trPr>
        <w:tc>
          <w:tcPr>
            <w:tcW w:w="1487" w:type="pct"/>
            <w:shd w:val="clear" w:color="auto" w:fill="F2F2F2" w:themeFill="background1" w:themeFillShade="F2"/>
          </w:tcPr>
          <w:p w14:paraId="6D747618" w14:textId="77777777" w:rsidR="004B3F90" w:rsidRPr="006C17F1" w:rsidRDefault="004B3F90" w:rsidP="00895508">
            <w:pPr>
              <w:tabs>
                <w:tab w:val="right" w:pos="9072"/>
              </w:tabs>
              <w:spacing w:before="240" w:after="0"/>
              <w:jc w:val="center"/>
              <w:rPr>
                <w:rFonts w:cs="Arial"/>
              </w:rPr>
            </w:pPr>
            <w:proofErr w:type="spellStart"/>
            <w:r w:rsidRPr="006C17F1">
              <w:rPr>
                <w:rFonts w:cs="Arial"/>
              </w:rPr>
              <w:t>Wyrażam</w:t>
            </w:r>
            <w:proofErr w:type="spellEnd"/>
            <w:r w:rsidRPr="006C17F1">
              <w:rPr>
                <w:rFonts w:cs="Arial"/>
              </w:rPr>
              <w:t xml:space="preserve">/y </w:t>
            </w:r>
            <w:proofErr w:type="spellStart"/>
            <w:r w:rsidRPr="006C17F1">
              <w:rPr>
                <w:rFonts w:cs="Arial"/>
              </w:rPr>
              <w:t>zgodę</w:t>
            </w:r>
            <w:proofErr w:type="spellEnd"/>
          </w:p>
        </w:tc>
        <w:tc>
          <w:tcPr>
            <w:tcW w:w="122" w:type="pct"/>
          </w:tcPr>
          <w:p w14:paraId="27E3707B" w14:textId="77777777" w:rsidR="004B3F90" w:rsidRPr="006C17F1" w:rsidRDefault="004B3F90" w:rsidP="00895508">
            <w:pPr>
              <w:tabs>
                <w:tab w:val="right" w:pos="9072"/>
              </w:tabs>
              <w:spacing w:before="240" w:after="0"/>
              <w:jc w:val="both"/>
              <w:rPr>
                <w:rFonts w:cs="Arial"/>
              </w:rPr>
            </w:pPr>
          </w:p>
        </w:tc>
        <w:tc>
          <w:tcPr>
            <w:tcW w:w="3384" w:type="pct"/>
            <w:gridSpan w:val="11"/>
            <w:tcBorders>
              <w:bottom w:val="single" w:sz="4" w:space="0" w:color="auto"/>
            </w:tcBorders>
          </w:tcPr>
          <w:p w14:paraId="5B5ED89A" w14:textId="77777777" w:rsidR="004B3F90" w:rsidRPr="006C17F1" w:rsidRDefault="004B3F90" w:rsidP="00895508">
            <w:pPr>
              <w:tabs>
                <w:tab w:val="right" w:pos="9072"/>
              </w:tabs>
              <w:spacing w:before="240" w:after="0"/>
              <w:jc w:val="both"/>
              <w:rPr>
                <w:rFonts w:cs="Arial"/>
              </w:rPr>
            </w:pPr>
          </w:p>
        </w:tc>
      </w:tr>
    </w:tbl>
    <w:p w14:paraId="39AE66AA" w14:textId="77777777" w:rsidR="004B3F90" w:rsidRPr="006C17F1" w:rsidRDefault="004B3F90" w:rsidP="004B3F90">
      <w:pPr>
        <w:tabs>
          <w:tab w:val="left" w:pos="2835"/>
          <w:tab w:val="right" w:pos="9072"/>
        </w:tabs>
        <w:spacing w:before="240" w:after="0" w:line="240" w:lineRule="auto"/>
        <w:ind w:right="425"/>
        <w:rPr>
          <w:rFonts w:cs="Arial"/>
          <w:i/>
        </w:rPr>
      </w:pPr>
      <w:r w:rsidRPr="006C17F1">
        <w:rPr>
          <w:rFonts w:cs="Arial"/>
          <w:i/>
        </w:rPr>
        <w:t>*</w:t>
      </w:r>
      <w:proofErr w:type="spellStart"/>
      <w:r w:rsidRPr="006C17F1">
        <w:rPr>
          <w:rFonts w:cs="Arial"/>
          <w:i/>
        </w:rPr>
        <w:t>Niepotrzebne</w:t>
      </w:r>
      <w:proofErr w:type="spellEnd"/>
      <w:r w:rsidRPr="006C17F1">
        <w:rPr>
          <w:rFonts w:cs="Arial"/>
          <w:i/>
        </w:rPr>
        <w:t xml:space="preserve"> </w:t>
      </w:r>
      <w:proofErr w:type="spellStart"/>
      <w:r w:rsidRPr="006C17F1">
        <w:rPr>
          <w:rFonts w:cs="Arial"/>
          <w:i/>
        </w:rPr>
        <w:t>skreślić</w:t>
      </w:r>
      <w:proofErr w:type="spellEnd"/>
      <w:r w:rsidRPr="006C17F1">
        <w:rPr>
          <w:rFonts w:cs="Arial"/>
          <w:i/>
        </w:rPr>
        <w:t xml:space="preserve"> / </w:t>
      </w:r>
      <w:proofErr w:type="spellStart"/>
      <w:r w:rsidRPr="006C17F1">
        <w:rPr>
          <w:rFonts w:cs="Arial"/>
          <w:i/>
        </w:rPr>
        <w:t>uzupełnić</w:t>
      </w:r>
      <w:proofErr w:type="spellEnd"/>
    </w:p>
    <w:p w14:paraId="72A54FD6" w14:textId="77777777" w:rsidR="004B3F90" w:rsidRPr="006C17F1" w:rsidRDefault="004B3F90" w:rsidP="004B3F90">
      <w:pPr>
        <w:tabs>
          <w:tab w:val="left" w:pos="2835"/>
          <w:tab w:val="right" w:pos="9072"/>
        </w:tabs>
        <w:spacing w:before="240" w:after="0"/>
        <w:ind w:right="425"/>
        <w:rPr>
          <w:rFonts w:cs="Arial"/>
          <w:i/>
        </w:rPr>
      </w:pPr>
      <w:r w:rsidRPr="006C17F1">
        <w:rPr>
          <w:rFonts w:cs="Arial"/>
          <w:iCs/>
        </w:rPr>
        <w:t>________________________________________________________________________________________________________</w:t>
      </w:r>
    </w:p>
    <w:p w14:paraId="4AF4BAE7" w14:textId="77777777" w:rsidR="004B3F90" w:rsidRPr="00373CE9" w:rsidRDefault="004B3F90" w:rsidP="004B3F90">
      <w:pPr>
        <w:spacing w:after="0"/>
        <w:ind w:left="-284" w:firstLine="284"/>
        <w:rPr>
          <w:rFonts w:cs="Arial"/>
          <w:b/>
          <w:bCs/>
          <w:iCs/>
          <w:lang w:val="pl-PL"/>
        </w:rPr>
      </w:pPr>
      <w:r w:rsidRPr="00373CE9">
        <w:rPr>
          <w:rFonts w:cs="Arial"/>
          <w:iCs/>
          <w:lang w:val="pl-PL"/>
        </w:rPr>
        <w:t>KLAUZULA INFORMACYJNA O ZASADACH PRZETWARZANIA DANYCH OSOBOWYCH</w:t>
      </w:r>
    </w:p>
    <w:p w14:paraId="29B31AFE" w14:textId="77777777" w:rsidR="004B3F90" w:rsidRPr="00373CE9" w:rsidRDefault="004B3F90" w:rsidP="004B3F90">
      <w:pPr>
        <w:spacing w:after="0"/>
        <w:rPr>
          <w:rFonts w:cs="Arial"/>
          <w:b/>
          <w:bCs/>
          <w:iCs/>
          <w:lang w:val="pl-PL"/>
        </w:rPr>
      </w:pPr>
      <w:r w:rsidRPr="00373CE9">
        <w:rPr>
          <w:rFonts w:cs="Arial"/>
          <w:iCs/>
          <w:lang w:val="pl-PL"/>
        </w:rPr>
        <w:t>TEMAT: ZGODA NA UTRWALANIE I PRZETWARZANIE WIZERUNKU</w:t>
      </w:r>
    </w:p>
    <w:p w14:paraId="571F4B67" w14:textId="77777777" w:rsidR="004B3F90" w:rsidRPr="00373CE9" w:rsidRDefault="004B3F90" w:rsidP="004B3F90">
      <w:pPr>
        <w:spacing w:after="0"/>
        <w:rPr>
          <w:rFonts w:cs="Arial"/>
          <w:b/>
          <w:bCs/>
          <w:iCs/>
          <w:lang w:val="pl-PL"/>
        </w:rPr>
      </w:pPr>
      <w:r w:rsidRPr="00373CE9">
        <w:rPr>
          <w:rFonts w:cs="Arial"/>
          <w:lang w:val="pl-PL"/>
        </w:rPr>
        <w:t xml:space="preserve">KOGO DOTYCZY INFORMACJA: DZIECI, RODZICE/OPIEKUNOWIE PRAWNI </w:t>
      </w:r>
    </w:p>
    <w:p w14:paraId="669C930B"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 xml:space="preserve">Kto wykorzystuje dane (Administrator, Instytucja): Gmina Lesko, reprezentowana przez Burmistrza Miasta i Gminy Lesko. </w:t>
      </w:r>
    </w:p>
    <w:p w14:paraId="1FC20B07"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 xml:space="preserve">Kontakt: ul. Parkowa 1, 38-600 Lesko, gmina@lesko.pl. </w:t>
      </w:r>
    </w:p>
    <w:p w14:paraId="722DD2F2"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Pytania, wnioski do Inspektora ochrony danych osobowych: iod@lesko.pl.</w:t>
      </w:r>
    </w:p>
    <w:p w14:paraId="63029216"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 xml:space="preserve">Cel wykorzystania: w zależności od Państwa woli dane osobowe, o których mowa w treści zgody, to albo wyłącznie utrwalony wizerunek dziecka albo - w zależności od wskazanego celu - wizerunek wraz z imieniem, nazwiskiem, grupą. Dane te mogą być wykorzystywane do promowania różnego rodzaju osiągnięć dziecka, do celów pamiątkowych oraz do promocji Instytucji lub wyłącznie do niektórych z tych celów.   </w:t>
      </w:r>
    </w:p>
    <w:p w14:paraId="74AB3FB7"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Podstawa prawna: Przetwarzanie wizerunku odbywa się na podstawie Państwa dobrowolnej zgody (art. 6 ust. 1 lit. a RODO). W zakresie publikacji, gdzie wizerunek jest jedynie szczegółem całości (imprezy publiczne), podstawą jest art. 81 ust. 2 pkt 2 ustawy o prawie autorskim i prawach pokrewnych (art. 6 ust. 1 lit. e RODO).</w:t>
      </w:r>
    </w:p>
    <w:p w14:paraId="68B834A2"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Kto może otrzymać dane: dane osobowe otrzyma podmiot zapewniający funkcjonowanie naszej strony internetowej</w:t>
      </w:r>
      <w:r w:rsidRPr="00373CE9">
        <w:rPr>
          <w:rFonts w:cs="Arial"/>
          <w:b/>
          <w:bCs/>
          <w:lang w:val="pl-PL"/>
        </w:rPr>
        <w:t xml:space="preserve">, </w:t>
      </w:r>
      <w:r w:rsidRPr="00373CE9">
        <w:rPr>
          <w:rFonts w:cs="Arial"/>
          <w:lang w:val="pl-PL"/>
        </w:rPr>
        <w:t xml:space="preserve">a także stron internetowych Leskiego Centrum Edukacji i Sportu i Leskiego Przedsiębiorstwa Komunalnego Sp. z o.o. oraz współpracujące z nami drukarnie oraz właściwe portale społecznościowego na zasadach dotyczących danych określonych przez dostawców tych portali, Leskie Centrum Edukacji i Sportu, Leskie Przedsiębiorstwo Komunalne Sp. z o.o. a także potencjalnie nieograniczony krąg osób mających dostęp do medium, w którym umieszczono wizerunek.  </w:t>
      </w:r>
    </w:p>
    <w:p w14:paraId="7DC80D14"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Okres przechowywania: dane osobowe będziemy wykorzystywać od momentu wyrażenia niniejszej zgody do momentu jej odwołania albo wcześniejszego usunięcia danych. Wyjątek stanowią sytuacje, w których okres przechowywania nośników danych, na których utrwalono Państwa wizerunek wynika z przepisów prawa oraz z Jednolitego Rzeczowego Wykazu Akt obowiązującego w naszej placówce.</w:t>
      </w:r>
    </w:p>
    <w:p w14:paraId="7EAABD7C"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 xml:space="preserve">Przysługujące prawa: prawo do dostępu do danych osobowych, prawo do ich sprostowania, usunięcia lub ograniczenia przetwarzania, prawo do wycofania udzielonej zgody w dowolnym momencie, prawo do wniesienia skargi do Prezesa Urzędu Ochrony Danych Osobowych.  </w:t>
      </w:r>
    </w:p>
    <w:p w14:paraId="77343CBF"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lastRenderedPageBreak/>
        <w:t xml:space="preserve">Przekazywanie danych poza Europejski Obszar Gospodarczy (EOG): korzystanie przez Instytucję z portali społecznościowych takich jak Facebook, Instagram (Meta </w:t>
      </w:r>
      <w:proofErr w:type="spellStart"/>
      <w:r w:rsidRPr="00373CE9">
        <w:rPr>
          <w:rFonts w:cs="Arial"/>
          <w:lang w:val="pl-PL"/>
        </w:rPr>
        <w:t>Platforms</w:t>
      </w:r>
      <w:proofErr w:type="spellEnd"/>
      <w:r w:rsidRPr="00373CE9">
        <w:rPr>
          <w:rFonts w:cs="Arial"/>
          <w:lang w:val="pl-PL"/>
        </w:rPr>
        <w:t xml:space="preserve">, Inc.) oraz </w:t>
      </w:r>
      <w:proofErr w:type="spellStart"/>
      <w:r w:rsidRPr="00373CE9">
        <w:rPr>
          <w:rFonts w:cs="Arial"/>
          <w:lang w:val="pl-PL"/>
        </w:rPr>
        <w:t>TikTok</w:t>
      </w:r>
      <w:proofErr w:type="spellEnd"/>
      <w:r w:rsidRPr="00373CE9">
        <w:rPr>
          <w:rFonts w:cs="Arial"/>
          <w:lang w:val="pl-PL"/>
        </w:rPr>
        <w:t xml:space="preserve"> (</w:t>
      </w:r>
      <w:proofErr w:type="spellStart"/>
      <w:r w:rsidRPr="00373CE9">
        <w:rPr>
          <w:rFonts w:cs="Arial"/>
          <w:lang w:val="pl-PL"/>
        </w:rPr>
        <w:t>ByteDance</w:t>
      </w:r>
      <w:proofErr w:type="spellEnd"/>
      <w:r w:rsidRPr="00373CE9">
        <w:rPr>
          <w:rFonts w:cs="Arial"/>
          <w:lang w:val="pl-PL"/>
        </w:rPr>
        <w:t xml:space="preserve"> Ltd.) wiąże się z przesyłaniem danych osobowych (wizerunku) do państw trzecich, w tym do USA. Podstawą prawną przekazywania danych jest fakt, iż dostawcy tych portali stosują odpowiednie zabezpieczenia, w tym Standardowe Klauzule Umowne zatwierdzone przez Komisję Europejską lub decyzje stwierdzające odpowiedni stopień ochrony danych (np. Data </w:t>
      </w:r>
      <w:proofErr w:type="spellStart"/>
      <w:r w:rsidRPr="00373CE9">
        <w:rPr>
          <w:rFonts w:cs="Arial"/>
          <w:lang w:val="pl-PL"/>
        </w:rPr>
        <w:t>Privacy</w:t>
      </w:r>
      <w:proofErr w:type="spellEnd"/>
      <w:r w:rsidRPr="00373CE9">
        <w:rPr>
          <w:rFonts w:cs="Arial"/>
          <w:lang w:val="pl-PL"/>
        </w:rPr>
        <w:t xml:space="preserve"> Framework w przypadku podmiotów z USA wpisanych na stosowną listę). Przepisy państw trzecich mogą nie zapewniać poziomu ochrony danych osobowych równoważnego z RODO. Akceptując publikację wizerunku w tych mediach, godzą się Państwo na zasady przetwarzania określone w regulaminach tych portali, na które Administrator nie ma wpływu. Więcej informacji o zasadach ochrony prywatności można znaleźć bezpośrednio na stronach tych serwisów.</w:t>
      </w:r>
    </w:p>
    <w:p w14:paraId="2A0B7196" w14:textId="77777777" w:rsidR="004B3F90" w:rsidRPr="00373CE9" w:rsidRDefault="004B3F90" w:rsidP="004B3F90">
      <w:pPr>
        <w:numPr>
          <w:ilvl w:val="0"/>
          <w:numId w:val="13"/>
        </w:numPr>
        <w:spacing w:after="0"/>
        <w:ind w:left="426"/>
        <w:rPr>
          <w:rFonts w:cs="Arial"/>
          <w:b/>
          <w:bCs/>
          <w:lang w:val="pl-PL"/>
        </w:rPr>
      </w:pPr>
      <w:r w:rsidRPr="00373CE9">
        <w:rPr>
          <w:rFonts w:cs="Arial"/>
          <w:lang w:val="pl-PL"/>
        </w:rPr>
        <w:t xml:space="preserve">Czy muszę podać dane: podanie danych jest dobrowolne. </w:t>
      </w:r>
    </w:p>
    <w:p w14:paraId="14114742" w14:textId="77777777" w:rsidR="004B3F90" w:rsidRPr="006C17F1" w:rsidRDefault="004B3F90" w:rsidP="004B3F90">
      <w:pPr>
        <w:numPr>
          <w:ilvl w:val="0"/>
          <w:numId w:val="13"/>
        </w:numPr>
        <w:spacing w:after="0"/>
        <w:ind w:left="426"/>
        <w:jc w:val="both"/>
        <w:rPr>
          <w:rFonts w:cs="Arial"/>
          <w:b/>
          <w:bCs/>
        </w:rPr>
      </w:pPr>
      <w:proofErr w:type="spellStart"/>
      <w:r w:rsidRPr="006C17F1">
        <w:rPr>
          <w:rFonts w:cs="Arial"/>
        </w:rPr>
        <w:t>Konsekwencje</w:t>
      </w:r>
      <w:proofErr w:type="spellEnd"/>
      <w:r w:rsidRPr="006C17F1">
        <w:rPr>
          <w:rFonts w:cs="Arial"/>
        </w:rPr>
        <w:t xml:space="preserve"> </w:t>
      </w:r>
      <w:proofErr w:type="spellStart"/>
      <w:r w:rsidRPr="006C17F1">
        <w:rPr>
          <w:rFonts w:cs="Arial"/>
        </w:rPr>
        <w:t>niepodania</w:t>
      </w:r>
      <w:proofErr w:type="spellEnd"/>
      <w:r w:rsidRPr="006C17F1">
        <w:rPr>
          <w:rFonts w:cs="Arial"/>
        </w:rPr>
        <w:t xml:space="preserve"> </w:t>
      </w:r>
      <w:proofErr w:type="spellStart"/>
      <w:r w:rsidRPr="006C17F1">
        <w:rPr>
          <w:rFonts w:cs="Arial"/>
        </w:rPr>
        <w:t>danych</w:t>
      </w:r>
      <w:proofErr w:type="spellEnd"/>
      <w:r w:rsidRPr="006C17F1">
        <w:rPr>
          <w:rFonts w:cs="Arial"/>
        </w:rPr>
        <w:t xml:space="preserve">: </w:t>
      </w:r>
      <w:proofErr w:type="spellStart"/>
      <w:r w:rsidRPr="006C17F1">
        <w:rPr>
          <w:rFonts w:cs="Arial"/>
        </w:rPr>
        <w:t>brak</w:t>
      </w:r>
      <w:proofErr w:type="spellEnd"/>
      <w:r w:rsidRPr="006C17F1">
        <w:rPr>
          <w:rFonts w:cs="Arial"/>
        </w:rPr>
        <w:t xml:space="preserve">. </w:t>
      </w:r>
    </w:p>
    <w:p w14:paraId="75E7788E" w14:textId="77777777" w:rsidR="004B3F90" w:rsidRPr="00373CE9" w:rsidRDefault="004B3F90" w:rsidP="004B3F90">
      <w:pPr>
        <w:numPr>
          <w:ilvl w:val="0"/>
          <w:numId w:val="13"/>
        </w:numPr>
        <w:spacing w:after="0"/>
        <w:ind w:left="426"/>
        <w:jc w:val="both"/>
        <w:rPr>
          <w:rFonts w:cs="Arial"/>
          <w:b/>
          <w:bCs/>
          <w:lang w:val="pl-PL"/>
        </w:rPr>
      </w:pPr>
      <w:r w:rsidRPr="00373CE9">
        <w:rPr>
          <w:rFonts w:cs="Arial"/>
          <w:lang w:val="pl-PL"/>
        </w:rPr>
        <w:t>Zautomatyzowane przetwarzanie, profilowanie: nie dotyczy.</w:t>
      </w:r>
    </w:p>
    <w:p w14:paraId="4C08C7A9" w14:textId="77777777" w:rsidR="004B3F90" w:rsidRDefault="004B3F90" w:rsidP="004B3F90">
      <w:pPr>
        <w:rPr>
          <w:rFonts w:cs="Arial"/>
          <w:lang w:val="pl-PL"/>
        </w:rPr>
      </w:pPr>
    </w:p>
    <w:p w14:paraId="07E083C7" w14:textId="77777777" w:rsidR="004B3F90" w:rsidRDefault="004B3F90" w:rsidP="004B3F90">
      <w:pPr>
        <w:rPr>
          <w:rFonts w:cs="Arial"/>
          <w:lang w:val="pl-PL"/>
        </w:rPr>
      </w:pPr>
    </w:p>
    <w:p w14:paraId="4B2C138D" w14:textId="77777777" w:rsidR="004B3F90" w:rsidRDefault="004B3F90" w:rsidP="004B3F90">
      <w:pPr>
        <w:rPr>
          <w:rFonts w:cs="Arial"/>
          <w:lang w:val="pl-PL"/>
        </w:rPr>
      </w:pPr>
    </w:p>
    <w:p w14:paraId="74F6F324" w14:textId="77777777" w:rsidR="004B3F90" w:rsidRDefault="004B3F90" w:rsidP="004B3F90">
      <w:pPr>
        <w:rPr>
          <w:rFonts w:cs="Arial"/>
          <w:lang w:val="pl-PL"/>
        </w:rPr>
      </w:pPr>
    </w:p>
    <w:p w14:paraId="40DAB400" w14:textId="77777777" w:rsidR="004B3F90" w:rsidRDefault="004B3F90" w:rsidP="004B3F90">
      <w:pPr>
        <w:rPr>
          <w:rFonts w:cs="Arial"/>
          <w:lang w:val="pl-PL"/>
        </w:rPr>
      </w:pPr>
    </w:p>
    <w:p w14:paraId="21382AA9" w14:textId="77777777" w:rsidR="004B3F90" w:rsidRDefault="004B3F90" w:rsidP="004B3F90">
      <w:pPr>
        <w:rPr>
          <w:rFonts w:cs="Arial"/>
          <w:lang w:val="pl-PL"/>
        </w:rPr>
      </w:pPr>
    </w:p>
    <w:p w14:paraId="02C953E4" w14:textId="77777777" w:rsidR="004B3F90" w:rsidRDefault="004B3F90" w:rsidP="004B3F90">
      <w:pPr>
        <w:rPr>
          <w:rFonts w:cs="Arial"/>
          <w:lang w:val="pl-PL"/>
        </w:rPr>
      </w:pPr>
    </w:p>
    <w:p w14:paraId="00A3F1AD" w14:textId="77777777" w:rsidR="004B3F90" w:rsidRDefault="004B3F90" w:rsidP="004B3F90">
      <w:pPr>
        <w:rPr>
          <w:rFonts w:cs="Arial"/>
          <w:lang w:val="pl-PL"/>
        </w:rPr>
      </w:pPr>
    </w:p>
    <w:p w14:paraId="2C7B34E5" w14:textId="77777777" w:rsidR="004B3F90" w:rsidRDefault="004B3F90" w:rsidP="004B3F90">
      <w:pPr>
        <w:rPr>
          <w:rFonts w:cs="Arial"/>
          <w:lang w:val="pl-PL"/>
        </w:rPr>
      </w:pPr>
    </w:p>
    <w:p w14:paraId="0DA904C3" w14:textId="77777777" w:rsidR="004B3F90" w:rsidRDefault="004B3F90" w:rsidP="004B3F90">
      <w:pPr>
        <w:rPr>
          <w:rFonts w:cs="Arial"/>
          <w:lang w:val="pl-PL"/>
        </w:rPr>
      </w:pPr>
    </w:p>
    <w:p w14:paraId="28286FCA" w14:textId="77777777" w:rsidR="004B3F90" w:rsidRDefault="004B3F90" w:rsidP="004B3F90">
      <w:pPr>
        <w:rPr>
          <w:rFonts w:cs="Arial"/>
          <w:lang w:val="pl-PL"/>
        </w:rPr>
      </w:pPr>
    </w:p>
    <w:p w14:paraId="32556A65" w14:textId="77777777" w:rsidR="004B3F90" w:rsidRDefault="004B3F90" w:rsidP="004B3F90">
      <w:pPr>
        <w:rPr>
          <w:rFonts w:cs="Arial"/>
          <w:lang w:val="pl-PL"/>
        </w:rPr>
      </w:pPr>
    </w:p>
    <w:p w14:paraId="11DF63E6" w14:textId="77777777" w:rsidR="004B3F90" w:rsidRDefault="004B3F90" w:rsidP="004B3F90">
      <w:pPr>
        <w:rPr>
          <w:rFonts w:cs="Arial"/>
          <w:lang w:val="pl-PL"/>
        </w:rPr>
      </w:pPr>
    </w:p>
    <w:p w14:paraId="4208170E" w14:textId="77777777" w:rsidR="004B3F90" w:rsidRDefault="004B3F90" w:rsidP="004B3F90">
      <w:pPr>
        <w:rPr>
          <w:rFonts w:cs="Arial"/>
          <w:lang w:val="pl-PL"/>
        </w:rPr>
      </w:pPr>
    </w:p>
    <w:p w14:paraId="4B694186" w14:textId="77777777" w:rsidR="004B3F90" w:rsidRDefault="004B3F90" w:rsidP="004B3F90">
      <w:pPr>
        <w:rPr>
          <w:rFonts w:cs="Arial"/>
          <w:lang w:val="pl-PL"/>
        </w:rPr>
      </w:pPr>
    </w:p>
    <w:p w14:paraId="20039423" w14:textId="77777777" w:rsidR="004B3F90" w:rsidRDefault="004B3F90" w:rsidP="004B3F90">
      <w:pPr>
        <w:rPr>
          <w:rFonts w:cs="Arial"/>
          <w:lang w:val="pl-PL"/>
        </w:rPr>
      </w:pPr>
    </w:p>
    <w:p w14:paraId="4456D01E" w14:textId="77777777" w:rsidR="004B3F90" w:rsidRDefault="004B3F90" w:rsidP="004B3F90">
      <w:pPr>
        <w:rPr>
          <w:rFonts w:cs="Arial"/>
          <w:lang w:val="pl-PL"/>
        </w:rPr>
      </w:pPr>
    </w:p>
    <w:p w14:paraId="517ADABA" w14:textId="77777777" w:rsidR="004B3F90" w:rsidRDefault="004B3F90" w:rsidP="004B3F90">
      <w:pPr>
        <w:rPr>
          <w:rFonts w:cs="Arial"/>
          <w:lang w:val="pl-PL"/>
        </w:rPr>
      </w:pPr>
    </w:p>
    <w:p w14:paraId="7125E483" w14:textId="77777777" w:rsidR="004B3F90" w:rsidRDefault="004B3F90" w:rsidP="004B3F90">
      <w:pPr>
        <w:rPr>
          <w:rFonts w:cs="Arial"/>
          <w:lang w:val="pl-PL"/>
        </w:rPr>
      </w:pPr>
    </w:p>
    <w:p w14:paraId="55BC78B7" w14:textId="77777777" w:rsidR="004B3F90" w:rsidRDefault="004B3F90" w:rsidP="004B3F90">
      <w:pPr>
        <w:rPr>
          <w:rFonts w:cs="Arial"/>
          <w:lang w:val="pl-PL"/>
        </w:rPr>
      </w:pPr>
    </w:p>
    <w:p w14:paraId="3A6FD986" w14:textId="77777777" w:rsidR="004B3F90" w:rsidRDefault="004B3F90" w:rsidP="004B3F90">
      <w:pPr>
        <w:rPr>
          <w:rFonts w:cs="Arial"/>
          <w:lang w:val="pl-PL"/>
        </w:rPr>
      </w:pPr>
    </w:p>
    <w:p w14:paraId="6FF8C9BC" w14:textId="77777777" w:rsidR="004B3F90" w:rsidRDefault="004B3F90" w:rsidP="004B3F90">
      <w:pPr>
        <w:rPr>
          <w:rFonts w:cs="Arial"/>
          <w:lang w:val="pl-PL"/>
        </w:rPr>
      </w:pPr>
    </w:p>
    <w:p w14:paraId="36602C41" w14:textId="77777777" w:rsidR="004B3F90" w:rsidRPr="00373CE9" w:rsidRDefault="004B3F90" w:rsidP="004B3F90">
      <w:pPr>
        <w:rPr>
          <w:rFonts w:cs="Arial"/>
          <w:lang w:val="pl-PL"/>
        </w:rPr>
      </w:pPr>
    </w:p>
    <w:p w14:paraId="228E964D" w14:textId="77777777" w:rsidR="004B3F90" w:rsidRPr="00C93B25" w:rsidRDefault="004B3F90" w:rsidP="004B3F90">
      <w:pPr>
        <w:spacing w:after="40"/>
        <w:jc w:val="right"/>
        <w:rPr>
          <w:rFonts w:cs="Arial"/>
          <w:bCs/>
          <w:lang w:val="pl-PL"/>
        </w:rPr>
      </w:pPr>
      <w:r w:rsidRPr="00C93B25">
        <w:rPr>
          <w:rFonts w:cs="Arial"/>
          <w:bCs/>
          <w:lang w:val="pl-PL"/>
        </w:rPr>
        <w:t xml:space="preserve">Załącznik </w:t>
      </w:r>
      <w:r>
        <w:rPr>
          <w:rFonts w:cs="Arial"/>
          <w:bCs/>
          <w:lang w:val="pl-PL"/>
        </w:rPr>
        <w:t>4</w:t>
      </w:r>
      <w:r w:rsidRPr="00C93B25">
        <w:rPr>
          <w:rFonts w:cs="Arial"/>
          <w:bCs/>
          <w:lang w:val="pl-PL"/>
        </w:rPr>
        <w:t xml:space="preserve"> do Regulaminu</w:t>
      </w:r>
    </w:p>
    <w:p w14:paraId="5328D5E6" w14:textId="77777777" w:rsidR="004B3F90" w:rsidRPr="00C93B25" w:rsidRDefault="004B3F90" w:rsidP="004B3F90">
      <w:pPr>
        <w:spacing w:after="40"/>
        <w:jc w:val="right"/>
        <w:rPr>
          <w:rFonts w:cs="Arial"/>
          <w:bCs/>
          <w:lang w:val="pl-PL"/>
        </w:rPr>
      </w:pPr>
      <w:r w:rsidRPr="00C93B25">
        <w:rPr>
          <w:rFonts w:cs="Arial"/>
          <w:bCs/>
          <w:lang w:val="pl-PL"/>
        </w:rPr>
        <w:t>Turnieju Piłki Siatkowej Plażowej</w:t>
      </w:r>
    </w:p>
    <w:p w14:paraId="60A2AECC" w14:textId="77777777" w:rsidR="004B3F90" w:rsidRPr="00C93B25" w:rsidRDefault="004B3F90" w:rsidP="004B3F90">
      <w:pPr>
        <w:spacing w:after="40"/>
        <w:jc w:val="right"/>
        <w:rPr>
          <w:rFonts w:cs="Arial"/>
          <w:bCs/>
          <w:lang w:val="pl-PL"/>
        </w:rPr>
      </w:pPr>
      <w:r w:rsidRPr="00C93B25">
        <w:rPr>
          <w:rFonts w:cs="Arial"/>
          <w:bCs/>
          <w:lang w:val="pl-PL"/>
        </w:rPr>
        <w:t>o Puchar Burmistrza Miasta i Gminy Lesko</w:t>
      </w:r>
    </w:p>
    <w:p w14:paraId="5C18A492" w14:textId="77777777" w:rsidR="004B3F90" w:rsidRPr="00C93B25" w:rsidRDefault="004B3F90" w:rsidP="004B3F90">
      <w:pPr>
        <w:spacing w:before="240" w:after="0"/>
        <w:jc w:val="right"/>
        <w:rPr>
          <w:rFonts w:cs="Arial"/>
          <w:lang w:val="pl-PL"/>
        </w:rPr>
      </w:pPr>
    </w:p>
    <w:p w14:paraId="386E546C" w14:textId="77777777" w:rsidR="004B3F90" w:rsidRPr="00C93B25" w:rsidRDefault="004B3F90" w:rsidP="004B3F90">
      <w:pPr>
        <w:spacing w:before="240" w:after="0"/>
        <w:jc w:val="right"/>
        <w:rPr>
          <w:rFonts w:cs="Arial"/>
          <w:b/>
          <w:bCs/>
          <w:lang w:val="pl-PL"/>
        </w:rPr>
      </w:pPr>
      <w:r w:rsidRPr="00C93B25">
        <w:rPr>
          <w:rFonts w:cs="Arial"/>
          <w:lang w:val="pl-PL"/>
        </w:rPr>
        <w:t>_____________________, dnia _ _ / _ _ / _ _ _ _ r.</w:t>
      </w:r>
    </w:p>
    <w:p w14:paraId="7BA995D6" w14:textId="77777777" w:rsidR="004B3F90" w:rsidRPr="00C93B25" w:rsidRDefault="004B3F90" w:rsidP="004B3F90">
      <w:pPr>
        <w:tabs>
          <w:tab w:val="right" w:pos="9072"/>
        </w:tabs>
        <w:spacing w:before="240" w:after="0"/>
        <w:jc w:val="center"/>
        <w:rPr>
          <w:rFonts w:cs="Arial"/>
          <w:b/>
          <w:bCs/>
          <w:lang w:val="pl-PL"/>
        </w:rPr>
      </w:pPr>
      <w:r w:rsidRPr="00C93B25">
        <w:rPr>
          <w:rFonts w:cs="Arial"/>
          <w:b/>
          <w:bCs/>
          <w:lang w:val="pl-PL"/>
        </w:rPr>
        <w:t>ZGODA NA PRZETWARZANIE WIZERUNKU</w:t>
      </w:r>
    </w:p>
    <w:p w14:paraId="33E63472" w14:textId="77777777" w:rsidR="004B3F90" w:rsidRPr="00C93B25" w:rsidRDefault="004B3F90" w:rsidP="004B3F90">
      <w:pPr>
        <w:tabs>
          <w:tab w:val="right" w:pos="9072"/>
        </w:tabs>
        <w:spacing w:before="240" w:after="0"/>
        <w:jc w:val="both"/>
        <w:rPr>
          <w:rFonts w:cs="Arial"/>
          <w:lang w:val="pl-PL"/>
        </w:rPr>
      </w:pPr>
      <w:r w:rsidRPr="00C93B25">
        <w:rPr>
          <w:rFonts w:cs="Arial"/>
          <w:lang w:val="pl-PL"/>
        </w:rPr>
        <w:t xml:space="preserve">Ja, niżej podpisany[a] _________________________________________________________________________________wyrażam zgodę na </w:t>
      </w:r>
    </w:p>
    <w:p w14:paraId="2176BD14" w14:textId="77777777" w:rsidR="004B3F90" w:rsidRPr="00C93B25" w:rsidRDefault="004B3F90" w:rsidP="004B3F90">
      <w:pPr>
        <w:tabs>
          <w:tab w:val="right" w:pos="9072"/>
        </w:tabs>
        <w:spacing w:before="240" w:after="0"/>
        <w:ind w:left="142"/>
        <w:jc w:val="center"/>
        <w:rPr>
          <w:rFonts w:cs="Arial"/>
          <w:i/>
          <w:iCs/>
          <w:vertAlign w:val="superscript"/>
          <w:lang w:val="pl-PL"/>
        </w:rPr>
      </w:pPr>
      <w:r w:rsidRPr="00C93B25">
        <w:rPr>
          <w:rFonts w:cs="Arial"/>
          <w:i/>
          <w:iCs/>
          <w:vertAlign w:val="superscript"/>
          <w:lang w:val="pl-PL"/>
        </w:rPr>
        <w:t>[imię i nazwisko]</w:t>
      </w:r>
    </w:p>
    <w:p w14:paraId="63405C90" w14:textId="77777777" w:rsidR="004B3F90" w:rsidRPr="00C93B25" w:rsidRDefault="004B3F90" w:rsidP="004B3F90">
      <w:pPr>
        <w:tabs>
          <w:tab w:val="right" w:pos="7371"/>
        </w:tabs>
        <w:spacing w:before="240" w:after="0"/>
        <w:jc w:val="both"/>
        <w:rPr>
          <w:rFonts w:cs="Arial"/>
          <w:lang w:val="pl-PL"/>
        </w:rPr>
      </w:pPr>
      <w:r w:rsidRPr="00C93B25">
        <w:rPr>
          <w:rFonts w:cs="Arial"/>
          <w:lang w:val="pl-PL"/>
        </w:rPr>
        <w:t xml:space="preserve">to, aby </w:t>
      </w:r>
      <w:bookmarkStart w:id="0" w:name="_Hlk21302732"/>
      <w:r w:rsidRPr="00C93B25">
        <w:rPr>
          <w:rFonts w:cs="Arial"/>
          <w:lang w:val="pl-PL"/>
        </w:rPr>
        <w:t xml:space="preserve">Gmina Lesko z siedzibą pod adresem ul. Parkowa 1, 38-600 Lesko </w:t>
      </w:r>
      <w:bookmarkEnd w:id="0"/>
      <w:r w:rsidRPr="00C93B25">
        <w:rPr>
          <w:rFonts w:cs="Arial"/>
          <w:lang w:val="pl-PL"/>
        </w:rPr>
        <w:t>[dalej: „Instytucja”] mogła utrwalać i korzystać z mojego wizerunku według poniższych zasad:</w:t>
      </w:r>
    </w:p>
    <w:p w14:paraId="372BF846" w14:textId="77777777" w:rsidR="004B3F90" w:rsidRPr="00C93B25" w:rsidRDefault="004B3F90" w:rsidP="004B3F90">
      <w:pPr>
        <w:numPr>
          <w:ilvl w:val="0"/>
          <w:numId w:val="12"/>
        </w:numPr>
        <w:tabs>
          <w:tab w:val="right" w:pos="9072"/>
        </w:tabs>
        <w:spacing w:before="240" w:after="0"/>
        <w:ind w:left="357" w:hanging="357"/>
        <w:jc w:val="both"/>
        <w:rPr>
          <w:rFonts w:cs="Arial"/>
          <w:b/>
          <w:bCs/>
          <w:lang w:val="pl-PL"/>
        </w:rPr>
      </w:pPr>
      <w:r w:rsidRPr="00C93B25">
        <w:rPr>
          <w:rFonts w:cs="Arial"/>
          <w:lang w:val="pl-PL"/>
        </w:rPr>
        <w:t xml:space="preserve">Mój wizerunek może zostać utrwalony i wykorzystywany (przetwarzany i publikowany):  </w:t>
      </w:r>
    </w:p>
    <w:p w14:paraId="2CE067DA" w14:textId="77777777" w:rsidR="004B3F90" w:rsidRPr="00C93B25" w:rsidRDefault="004B3F90" w:rsidP="004B3F90">
      <w:pPr>
        <w:numPr>
          <w:ilvl w:val="0"/>
          <w:numId w:val="15"/>
        </w:numPr>
        <w:tabs>
          <w:tab w:val="right" w:pos="9072"/>
        </w:tabs>
        <w:spacing w:before="240" w:after="0"/>
        <w:jc w:val="both"/>
        <w:rPr>
          <w:rFonts w:cs="Arial"/>
          <w:b/>
          <w:bCs/>
          <w:lang w:val="pl-PL"/>
        </w:rPr>
      </w:pPr>
      <w:r w:rsidRPr="00C93B25">
        <w:rPr>
          <w:rFonts w:cs="Arial"/>
          <w:lang w:val="pl-PL"/>
        </w:rPr>
        <w:t>w celach pamiątkowych oraz materiałach historycznych, takich jak: plakaty, gazetki, kroniki, księgi pamiątkowe i jubileuszowe wydawnictwa – TAK/NIE*</w:t>
      </w:r>
    </w:p>
    <w:p w14:paraId="37FCE88B" w14:textId="77777777" w:rsidR="004B3F90" w:rsidRPr="00C93B25" w:rsidRDefault="004B3F90" w:rsidP="004B3F90">
      <w:pPr>
        <w:numPr>
          <w:ilvl w:val="0"/>
          <w:numId w:val="15"/>
        </w:numPr>
        <w:tabs>
          <w:tab w:val="right" w:pos="9072"/>
        </w:tabs>
        <w:spacing w:before="240" w:after="0"/>
        <w:jc w:val="both"/>
        <w:rPr>
          <w:rFonts w:cs="Arial"/>
          <w:b/>
          <w:bCs/>
          <w:lang w:val="pl-PL"/>
        </w:rPr>
      </w:pPr>
      <w:r w:rsidRPr="00C93B25">
        <w:rPr>
          <w:rStyle w:val="normaltextrun"/>
          <w:rFonts w:cs="Arial"/>
          <w:shd w:val="clear" w:color="auto" w:fill="FFFFFF"/>
          <w:lang w:val="pl-PL"/>
        </w:rPr>
        <w:t xml:space="preserve">w działalności promocyjnej Instytucji, w tym w ramach materiałów promocyjnych służących budowaniu pozytywnego wizerunku Instytucji plakaty, foldery rekrutacyjne, filmy reklamowe - </w:t>
      </w:r>
      <w:r w:rsidRPr="00C93B25">
        <w:rPr>
          <w:rFonts w:cs="Arial"/>
          <w:lang w:val="pl-PL"/>
        </w:rPr>
        <w:t>TAK/NIE*</w:t>
      </w:r>
    </w:p>
    <w:p w14:paraId="7C71E7DF" w14:textId="77777777" w:rsidR="004B3F90" w:rsidRPr="00C93B25" w:rsidRDefault="004B3F90" w:rsidP="004B3F90">
      <w:pPr>
        <w:numPr>
          <w:ilvl w:val="0"/>
          <w:numId w:val="15"/>
        </w:numPr>
        <w:spacing w:before="240" w:after="0"/>
        <w:rPr>
          <w:rStyle w:val="normaltextrun"/>
          <w:rFonts w:cs="Arial"/>
          <w:b/>
          <w:bCs/>
          <w:lang w:val="pl-PL"/>
        </w:rPr>
      </w:pPr>
      <w:r w:rsidRPr="00C93B25">
        <w:rPr>
          <w:rStyle w:val="normaltextrun"/>
          <w:rFonts w:cs="Arial"/>
          <w:lang w:val="pl-PL"/>
        </w:rPr>
        <w:t>w celu publikacji i wyróżnienia w przeprowadzonym konkursie - TAK/NIE*</w:t>
      </w:r>
    </w:p>
    <w:p w14:paraId="38D94BE0" w14:textId="77777777" w:rsidR="004B3F90" w:rsidRPr="00C93B25" w:rsidRDefault="004B3F90" w:rsidP="004B3F90">
      <w:pPr>
        <w:numPr>
          <w:ilvl w:val="0"/>
          <w:numId w:val="12"/>
        </w:numPr>
        <w:tabs>
          <w:tab w:val="right" w:pos="9072"/>
        </w:tabs>
        <w:spacing w:before="240" w:after="0"/>
        <w:jc w:val="both"/>
        <w:rPr>
          <w:rFonts w:cs="Arial"/>
          <w:b/>
          <w:bCs/>
        </w:rPr>
      </w:pPr>
      <w:r w:rsidRPr="00C93B25">
        <w:rPr>
          <w:rFonts w:cs="Arial"/>
          <w:lang w:val="pl-PL"/>
        </w:rPr>
        <w:t xml:space="preserve">Instytucja może utrwalić dane osobowe w formie zdjęć, plakatów i nagrań w sposób pozwalający na identyfikację. </w:t>
      </w:r>
      <w:proofErr w:type="spellStart"/>
      <w:r w:rsidRPr="00C93B25">
        <w:rPr>
          <w:rFonts w:cs="Arial"/>
        </w:rPr>
        <w:t>Zakres</w:t>
      </w:r>
      <w:proofErr w:type="spellEnd"/>
      <w:r w:rsidRPr="00C93B25">
        <w:rPr>
          <w:rFonts w:cs="Arial"/>
        </w:rPr>
        <w:t xml:space="preserve"> </w:t>
      </w:r>
      <w:proofErr w:type="spellStart"/>
      <w:r w:rsidRPr="00C93B25">
        <w:rPr>
          <w:rFonts w:cs="Arial"/>
        </w:rPr>
        <w:t>danych</w:t>
      </w:r>
      <w:proofErr w:type="spellEnd"/>
      <w:r w:rsidRPr="00C93B25">
        <w:rPr>
          <w:rFonts w:cs="Arial"/>
        </w:rPr>
        <w:t xml:space="preserve"> </w:t>
      </w:r>
      <w:proofErr w:type="spellStart"/>
      <w:r w:rsidRPr="00C93B25">
        <w:rPr>
          <w:rFonts w:cs="Arial"/>
        </w:rPr>
        <w:t>może</w:t>
      </w:r>
      <w:proofErr w:type="spellEnd"/>
      <w:r w:rsidRPr="00C93B25">
        <w:rPr>
          <w:rFonts w:cs="Arial"/>
        </w:rPr>
        <w:t xml:space="preserve"> </w:t>
      </w:r>
      <w:proofErr w:type="spellStart"/>
      <w:r w:rsidRPr="00C93B25">
        <w:rPr>
          <w:rFonts w:cs="Arial"/>
        </w:rPr>
        <w:t>obejmować</w:t>
      </w:r>
      <w:proofErr w:type="spellEnd"/>
      <w:r w:rsidRPr="00C93B25">
        <w:rPr>
          <w:rFonts w:cs="Arial"/>
        </w:rPr>
        <w:t xml:space="preserve">: </w:t>
      </w:r>
    </w:p>
    <w:p w14:paraId="03409F94" w14:textId="77777777" w:rsidR="004B3F90" w:rsidRPr="00C93B25" w:rsidRDefault="004B3F90" w:rsidP="004B3F90">
      <w:pPr>
        <w:numPr>
          <w:ilvl w:val="0"/>
          <w:numId w:val="17"/>
        </w:numPr>
        <w:tabs>
          <w:tab w:val="right" w:pos="9072"/>
        </w:tabs>
        <w:spacing w:before="240" w:after="0"/>
        <w:ind w:left="709"/>
        <w:jc w:val="both"/>
        <w:rPr>
          <w:rFonts w:cs="Arial"/>
          <w:b/>
          <w:bCs/>
        </w:rPr>
      </w:pPr>
      <w:proofErr w:type="spellStart"/>
      <w:r w:rsidRPr="00C93B25">
        <w:rPr>
          <w:rFonts w:cs="Arial"/>
        </w:rPr>
        <w:t>wizerunek</w:t>
      </w:r>
      <w:proofErr w:type="spellEnd"/>
      <w:r w:rsidRPr="00C93B25">
        <w:rPr>
          <w:rFonts w:cs="Arial"/>
        </w:rPr>
        <w:t>;</w:t>
      </w:r>
    </w:p>
    <w:p w14:paraId="6136A404" w14:textId="77777777" w:rsidR="004B3F90" w:rsidRPr="00C93B25" w:rsidRDefault="004B3F90" w:rsidP="004B3F90">
      <w:pPr>
        <w:numPr>
          <w:ilvl w:val="0"/>
          <w:numId w:val="17"/>
        </w:numPr>
        <w:tabs>
          <w:tab w:val="right" w:pos="9072"/>
        </w:tabs>
        <w:spacing w:before="240" w:after="0"/>
        <w:ind w:left="709"/>
        <w:jc w:val="both"/>
        <w:rPr>
          <w:rFonts w:cs="Arial"/>
          <w:b/>
          <w:bCs/>
        </w:rPr>
      </w:pPr>
      <w:proofErr w:type="spellStart"/>
      <w:r w:rsidRPr="00C93B25">
        <w:rPr>
          <w:rFonts w:cs="Arial"/>
        </w:rPr>
        <w:t>imię</w:t>
      </w:r>
      <w:proofErr w:type="spellEnd"/>
      <w:r w:rsidRPr="00C93B25">
        <w:rPr>
          <w:rFonts w:cs="Arial"/>
        </w:rPr>
        <w:t xml:space="preserve"> i </w:t>
      </w:r>
      <w:proofErr w:type="spellStart"/>
      <w:r w:rsidRPr="00C93B25">
        <w:rPr>
          <w:rFonts w:cs="Arial"/>
        </w:rPr>
        <w:t>nazwisko</w:t>
      </w:r>
      <w:proofErr w:type="spellEnd"/>
      <w:r w:rsidRPr="00C93B25">
        <w:rPr>
          <w:rFonts w:cs="Arial"/>
        </w:rPr>
        <w:t xml:space="preserve">; </w:t>
      </w:r>
    </w:p>
    <w:p w14:paraId="083F1097" w14:textId="77777777" w:rsidR="004B3F90" w:rsidRPr="00C93B25" w:rsidRDefault="004B3F90" w:rsidP="004B3F90">
      <w:pPr>
        <w:numPr>
          <w:ilvl w:val="0"/>
          <w:numId w:val="17"/>
        </w:numPr>
        <w:tabs>
          <w:tab w:val="right" w:pos="9072"/>
        </w:tabs>
        <w:spacing w:before="240" w:after="0"/>
        <w:ind w:left="709"/>
        <w:jc w:val="both"/>
        <w:rPr>
          <w:rFonts w:cs="Arial"/>
          <w:b/>
          <w:bCs/>
        </w:rPr>
      </w:pPr>
      <w:proofErr w:type="spellStart"/>
      <w:r w:rsidRPr="00C93B25">
        <w:rPr>
          <w:rFonts w:cs="Arial"/>
        </w:rPr>
        <w:t>oznaczenie</w:t>
      </w:r>
      <w:proofErr w:type="spellEnd"/>
      <w:r w:rsidRPr="00C93B25">
        <w:rPr>
          <w:rFonts w:cs="Arial"/>
        </w:rPr>
        <w:t xml:space="preserve"> </w:t>
      </w:r>
      <w:proofErr w:type="spellStart"/>
      <w:r w:rsidRPr="00C93B25">
        <w:rPr>
          <w:rFonts w:cs="Arial"/>
        </w:rPr>
        <w:t>grupy</w:t>
      </w:r>
      <w:proofErr w:type="spellEnd"/>
    </w:p>
    <w:p w14:paraId="766C20E2" w14:textId="77777777" w:rsidR="004B3F90" w:rsidRPr="00C93B25" w:rsidRDefault="004B3F90" w:rsidP="004B3F90">
      <w:pPr>
        <w:numPr>
          <w:ilvl w:val="0"/>
          <w:numId w:val="17"/>
        </w:numPr>
        <w:tabs>
          <w:tab w:val="right" w:pos="9072"/>
        </w:tabs>
        <w:spacing w:before="240" w:after="0"/>
        <w:ind w:left="709"/>
        <w:jc w:val="both"/>
        <w:rPr>
          <w:rFonts w:cs="Arial"/>
          <w:b/>
          <w:bCs/>
        </w:rPr>
      </w:pPr>
      <w:proofErr w:type="spellStart"/>
      <w:r w:rsidRPr="00C93B25">
        <w:rPr>
          <w:rFonts w:cs="Arial"/>
        </w:rPr>
        <w:t>opis</w:t>
      </w:r>
      <w:proofErr w:type="spellEnd"/>
      <w:r w:rsidRPr="00C93B25">
        <w:rPr>
          <w:rFonts w:cs="Arial"/>
        </w:rPr>
        <w:t xml:space="preserve"> </w:t>
      </w:r>
      <w:proofErr w:type="spellStart"/>
      <w:r w:rsidRPr="00C93B25">
        <w:rPr>
          <w:rFonts w:cs="Arial"/>
        </w:rPr>
        <w:t>osiągnięć</w:t>
      </w:r>
      <w:proofErr w:type="spellEnd"/>
      <w:r w:rsidRPr="00C93B25">
        <w:rPr>
          <w:rFonts w:cs="Arial"/>
        </w:rPr>
        <w:t xml:space="preserve">. </w:t>
      </w:r>
    </w:p>
    <w:p w14:paraId="2D366880" w14:textId="77777777" w:rsidR="004B3F90" w:rsidRPr="00C93B25" w:rsidRDefault="004B3F90" w:rsidP="004B3F90">
      <w:pPr>
        <w:numPr>
          <w:ilvl w:val="0"/>
          <w:numId w:val="12"/>
        </w:numPr>
        <w:tabs>
          <w:tab w:val="right" w:pos="9072"/>
        </w:tabs>
        <w:spacing w:before="240" w:after="0"/>
        <w:jc w:val="both"/>
        <w:rPr>
          <w:rFonts w:cs="Arial"/>
          <w:b/>
          <w:bCs/>
          <w:lang w:val="pl-PL"/>
        </w:rPr>
      </w:pPr>
      <w:r w:rsidRPr="00C93B25">
        <w:rPr>
          <w:rFonts w:cs="Arial"/>
          <w:lang w:val="pl-PL"/>
        </w:rPr>
        <w:t>Przygotowane w ten sposób materiały można rozpowszechnić w formie pisemnej i elektronicznej</w:t>
      </w:r>
      <w:r w:rsidRPr="00C93B25">
        <w:rPr>
          <w:rFonts w:cs="Arial"/>
          <w:lang w:val="pl-PL"/>
        </w:rPr>
        <w:br/>
        <w:t>w następujący sposób:</w:t>
      </w:r>
    </w:p>
    <w:p w14:paraId="1B53CDA5" w14:textId="77777777" w:rsidR="004B3F90" w:rsidRPr="00C93B25" w:rsidRDefault="004B3F90" w:rsidP="004B3F90">
      <w:pPr>
        <w:numPr>
          <w:ilvl w:val="0"/>
          <w:numId w:val="14"/>
        </w:numPr>
        <w:tabs>
          <w:tab w:val="right" w:pos="9072"/>
        </w:tabs>
        <w:spacing w:before="240" w:after="0"/>
        <w:jc w:val="both"/>
        <w:rPr>
          <w:rFonts w:cs="Arial"/>
          <w:b/>
          <w:bCs/>
          <w:lang w:val="pl-PL"/>
        </w:rPr>
      </w:pPr>
      <w:r w:rsidRPr="00C93B25">
        <w:rPr>
          <w:rFonts w:cs="Arial"/>
          <w:lang w:val="pl-PL"/>
        </w:rPr>
        <w:t>na stronie internetowej Instytucji – TAK/NIE*</w:t>
      </w:r>
    </w:p>
    <w:p w14:paraId="7904EFEE" w14:textId="77777777" w:rsidR="004B3F90" w:rsidRPr="00C93B25" w:rsidRDefault="004B3F90" w:rsidP="004B3F90">
      <w:pPr>
        <w:numPr>
          <w:ilvl w:val="0"/>
          <w:numId w:val="14"/>
        </w:numPr>
        <w:tabs>
          <w:tab w:val="right" w:pos="9072"/>
        </w:tabs>
        <w:spacing w:before="240" w:after="0"/>
        <w:jc w:val="both"/>
        <w:rPr>
          <w:rFonts w:cs="Arial"/>
          <w:b/>
          <w:bCs/>
          <w:lang w:val="pl-PL"/>
        </w:rPr>
      </w:pPr>
      <w:r w:rsidRPr="00C93B25">
        <w:rPr>
          <w:rFonts w:cs="Arial"/>
          <w:lang w:val="pl-PL"/>
        </w:rPr>
        <w:t>w mediach społecznościowych prowadzonych przez Instytucję:</w:t>
      </w:r>
    </w:p>
    <w:p w14:paraId="4D75781E" w14:textId="77777777" w:rsidR="004B3F90" w:rsidRPr="00C93B25" w:rsidRDefault="004B3F90" w:rsidP="004B3F90">
      <w:pPr>
        <w:numPr>
          <w:ilvl w:val="1"/>
          <w:numId w:val="16"/>
        </w:numPr>
        <w:tabs>
          <w:tab w:val="right" w:pos="9072"/>
        </w:tabs>
        <w:spacing w:before="240" w:after="0"/>
        <w:jc w:val="both"/>
        <w:rPr>
          <w:rFonts w:cs="Arial"/>
          <w:b/>
          <w:bCs/>
          <w:lang w:val="pl-PL"/>
        </w:rPr>
      </w:pPr>
      <w:r w:rsidRPr="00C93B25">
        <w:rPr>
          <w:rFonts w:cs="Arial"/>
          <w:lang w:val="pl-PL"/>
        </w:rPr>
        <w:t>oficjalny profil Instytucji na portalach Facebook i Instagram – TAK/NIE*</w:t>
      </w:r>
    </w:p>
    <w:p w14:paraId="2E8DFE13" w14:textId="77777777" w:rsidR="004B3F90" w:rsidRPr="00C93B25" w:rsidRDefault="004B3F90" w:rsidP="004B3F90">
      <w:pPr>
        <w:numPr>
          <w:ilvl w:val="1"/>
          <w:numId w:val="16"/>
        </w:numPr>
        <w:tabs>
          <w:tab w:val="right" w:pos="9072"/>
        </w:tabs>
        <w:spacing w:before="240" w:after="0"/>
        <w:jc w:val="both"/>
        <w:rPr>
          <w:rFonts w:cs="Arial"/>
          <w:b/>
          <w:bCs/>
          <w:lang w:val="pl-PL"/>
        </w:rPr>
      </w:pPr>
      <w:r w:rsidRPr="00C93B25">
        <w:rPr>
          <w:rFonts w:cs="Arial"/>
          <w:lang w:val="pl-PL"/>
        </w:rPr>
        <w:t xml:space="preserve">oficjalny profil Instytucji na portalu </w:t>
      </w:r>
      <w:proofErr w:type="spellStart"/>
      <w:r w:rsidRPr="00C93B25">
        <w:rPr>
          <w:rFonts w:cs="Arial"/>
          <w:lang w:val="pl-PL"/>
        </w:rPr>
        <w:t>TikTok</w:t>
      </w:r>
      <w:proofErr w:type="spellEnd"/>
      <w:r w:rsidRPr="00C93B25">
        <w:rPr>
          <w:rFonts w:cs="Arial"/>
          <w:lang w:val="pl-PL"/>
        </w:rPr>
        <w:t xml:space="preserve"> – TAK/NIE*</w:t>
      </w:r>
    </w:p>
    <w:p w14:paraId="1858FD51" w14:textId="77777777" w:rsidR="004B3F90" w:rsidRPr="00C93B25" w:rsidRDefault="004B3F90" w:rsidP="004B3F90">
      <w:pPr>
        <w:numPr>
          <w:ilvl w:val="1"/>
          <w:numId w:val="16"/>
        </w:numPr>
        <w:tabs>
          <w:tab w:val="right" w:pos="9072"/>
        </w:tabs>
        <w:spacing w:before="240" w:after="0"/>
        <w:jc w:val="both"/>
        <w:rPr>
          <w:rFonts w:cs="Arial"/>
          <w:b/>
          <w:bCs/>
        </w:rPr>
      </w:pPr>
      <w:r w:rsidRPr="00C93B25">
        <w:rPr>
          <w:rFonts w:cs="Arial"/>
        </w:rPr>
        <w:lastRenderedPageBreak/>
        <w:t>Inne – TAK/NIE*</w:t>
      </w:r>
    </w:p>
    <w:p w14:paraId="28FABACF" w14:textId="77777777" w:rsidR="004B3F90" w:rsidRPr="00C93B25" w:rsidRDefault="004B3F90" w:rsidP="004B3F90">
      <w:pPr>
        <w:numPr>
          <w:ilvl w:val="0"/>
          <w:numId w:val="14"/>
        </w:numPr>
        <w:tabs>
          <w:tab w:val="right" w:pos="9072"/>
        </w:tabs>
        <w:spacing w:before="240" w:after="0"/>
        <w:jc w:val="both"/>
        <w:rPr>
          <w:rFonts w:cs="Arial"/>
          <w:b/>
          <w:bCs/>
          <w:lang w:val="pl-PL"/>
        </w:rPr>
      </w:pPr>
      <w:r w:rsidRPr="00C93B25">
        <w:rPr>
          <w:rFonts w:cs="Arial"/>
          <w:lang w:val="pl-PL"/>
        </w:rPr>
        <w:t>w gazetach i na tablicach informacyjnych – TAK/NIE*</w:t>
      </w:r>
    </w:p>
    <w:p w14:paraId="35DD5B63" w14:textId="77777777" w:rsidR="004B3F90" w:rsidRPr="00C93B25" w:rsidRDefault="004B3F90" w:rsidP="004B3F90">
      <w:pPr>
        <w:numPr>
          <w:ilvl w:val="0"/>
          <w:numId w:val="14"/>
        </w:numPr>
        <w:tabs>
          <w:tab w:val="right" w:pos="9072"/>
        </w:tabs>
        <w:spacing w:before="240" w:after="0"/>
        <w:jc w:val="both"/>
        <w:rPr>
          <w:rFonts w:cs="Arial"/>
          <w:b/>
          <w:bCs/>
          <w:lang w:val="pl-PL"/>
        </w:rPr>
      </w:pPr>
      <w:r w:rsidRPr="00C93B25">
        <w:rPr>
          <w:rFonts w:cs="Arial"/>
          <w:lang w:val="pl-PL"/>
        </w:rPr>
        <w:t>w materiałach o charakterze pamiątkowym – TAK/NIE*</w:t>
      </w:r>
    </w:p>
    <w:p w14:paraId="0807A3AF" w14:textId="77777777" w:rsidR="004B3F90" w:rsidRPr="00C93B25" w:rsidRDefault="004B3F90" w:rsidP="004B3F90">
      <w:pPr>
        <w:numPr>
          <w:ilvl w:val="0"/>
          <w:numId w:val="14"/>
        </w:numPr>
        <w:tabs>
          <w:tab w:val="right" w:pos="9072"/>
        </w:tabs>
        <w:spacing w:before="240" w:after="0"/>
        <w:jc w:val="both"/>
        <w:rPr>
          <w:rFonts w:cs="Arial"/>
          <w:b/>
          <w:bCs/>
          <w:lang w:val="pl-PL"/>
        </w:rPr>
      </w:pPr>
      <w:r w:rsidRPr="00C93B25">
        <w:rPr>
          <w:rFonts w:cs="Arial"/>
          <w:lang w:val="pl-PL"/>
        </w:rPr>
        <w:t>w materiałach promocyjnych Instytucji – TAK/NIE*</w:t>
      </w:r>
    </w:p>
    <w:p w14:paraId="281F2553" w14:textId="77777777" w:rsidR="004B3F90" w:rsidRPr="00C93B25" w:rsidRDefault="004B3F90" w:rsidP="004B3F90">
      <w:pPr>
        <w:numPr>
          <w:ilvl w:val="0"/>
          <w:numId w:val="14"/>
        </w:numPr>
        <w:tabs>
          <w:tab w:val="right" w:pos="9072"/>
        </w:tabs>
        <w:spacing w:before="240" w:after="0"/>
        <w:jc w:val="both"/>
        <w:rPr>
          <w:rFonts w:cs="Arial"/>
          <w:b/>
          <w:bCs/>
          <w:lang w:val="pl-PL"/>
        </w:rPr>
      </w:pPr>
      <w:r w:rsidRPr="00C93B25">
        <w:rPr>
          <w:rFonts w:cs="Arial"/>
          <w:lang w:val="pl-PL"/>
        </w:rPr>
        <w:t xml:space="preserve">na zamkniętej platformie z logowaniem lub w szyfrowanej galerii z jednorazowym linkiem – TAK/NIE*  </w:t>
      </w:r>
    </w:p>
    <w:p w14:paraId="4DE7B632" w14:textId="77777777" w:rsidR="004B3F90" w:rsidRPr="00C93B25" w:rsidRDefault="004B3F90" w:rsidP="004B3F90">
      <w:pPr>
        <w:numPr>
          <w:ilvl w:val="0"/>
          <w:numId w:val="12"/>
        </w:numPr>
        <w:tabs>
          <w:tab w:val="right" w:pos="9072"/>
        </w:tabs>
        <w:spacing w:before="240" w:after="0"/>
        <w:jc w:val="both"/>
        <w:rPr>
          <w:rFonts w:cs="Arial"/>
          <w:b/>
          <w:bCs/>
          <w:lang w:val="pl-PL"/>
        </w:rPr>
      </w:pPr>
      <w:r w:rsidRPr="00C93B25">
        <w:rPr>
          <w:rFonts w:cs="Arial"/>
          <w:lang w:val="pl-PL"/>
        </w:rPr>
        <w:t>Wyrażam również zgodę, aby wizerunek został użyty przy różnego rodzaju formach przetwarzania obrazu, w tym elektronicznego, przerabiania, kadrowania, w tym wykorzystywania go w innych utworach i łączenia z innymi utworami i w zestawieniu z innymi osobami, bez konieczności akceptacji obrazu końcowego. Oświadczam, że zrzekam się praw związanych z kontrolą i zatwierdzaniem każdorazowego wykorzystania fotografii z wizerunkiem a wykorzystanie wizerunku zgodnie z niniejszym oświadczeniem nie narusza dóbr osobistych ani innych praw.</w:t>
      </w:r>
    </w:p>
    <w:p w14:paraId="4D457C39" w14:textId="77777777" w:rsidR="004B3F90" w:rsidRPr="00C93B25" w:rsidRDefault="004B3F90" w:rsidP="004B3F90">
      <w:pPr>
        <w:numPr>
          <w:ilvl w:val="0"/>
          <w:numId w:val="12"/>
        </w:numPr>
        <w:tabs>
          <w:tab w:val="right" w:pos="9072"/>
        </w:tabs>
        <w:spacing w:before="240" w:after="0"/>
        <w:jc w:val="both"/>
        <w:rPr>
          <w:rFonts w:cs="Arial"/>
          <w:b/>
          <w:bCs/>
          <w:lang w:val="pl-PL"/>
        </w:rPr>
      </w:pPr>
      <w:r w:rsidRPr="00C93B25">
        <w:rPr>
          <w:rFonts w:cs="Arial"/>
          <w:lang w:val="pl-PL"/>
        </w:rPr>
        <w:t xml:space="preserve">Niniejszej zgody udzielam nieodpłatnie na czas nieokreślony. Zgoda jest nieograniczona terytorialnie. Oznacza to, że obowiązuje aż do odwołania. Zgoda może zostać wycofana w dowolnym momencie. Zostałem poinformowany, że wycofanie udzielonej przeze mnie zgody nie wypłynie na zgodność przetwarzania danych z prawem, jakie miało miejsce przed wycofaniem zgody. </w:t>
      </w:r>
    </w:p>
    <w:p w14:paraId="7DBB6B4C" w14:textId="77777777" w:rsidR="004B3F90" w:rsidRPr="00C93B25" w:rsidRDefault="004B3F90" w:rsidP="004B3F90">
      <w:pPr>
        <w:numPr>
          <w:ilvl w:val="0"/>
          <w:numId w:val="12"/>
        </w:numPr>
        <w:tabs>
          <w:tab w:val="right" w:pos="9072"/>
        </w:tabs>
        <w:spacing w:before="240" w:after="0"/>
        <w:jc w:val="both"/>
        <w:rPr>
          <w:rFonts w:cs="Arial"/>
          <w:b/>
          <w:bCs/>
          <w:lang w:val="pl-PL"/>
        </w:rPr>
      </w:pPr>
      <w:r w:rsidRPr="00C93B25">
        <w:rPr>
          <w:rFonts w:cs="Arial"/>
          <w:lang w:val="pl-PL"/>
        </w:rPr>
        <w:t>Jestem świadomy/a, że zgodę można wycofać przesyłając stosowne oświadczenie na adres siedziby Instytucji lub za pośrednictwem poczty e-mail na adres: gmina@lesko.pl.</w:t>
      </w:r>
    </w:p>
    <w:p w14:paraId="1A104596" w14:textId="77777777" w:rsidR="004B3F90" w:rsidRPr="00C93B25" w:rsidRDefault="004B3F90" w:rsidP="004B3F90">
      <w:pPr>
        <w:numPr>
          <w:ilvl w:val="0"/>
          <w:numId w:val="12"/>
        </w:numPr>
        <w:tabs>
          <w:tab w:val="right" w:pos="9072"/>
        </w:tabs>
        <w:spacing w:before="240" w:after="160" w:line="360" w:lineRule="auto"/>
        <w:jc w:val="both"/>
        <w:rPr>
          <w:rFonts w:cs="Arial"/>
          <w:b/>
          <w:bCs/>
          <w:lang w:val="pl-PL"/>
        </w:rPr>
      </w:pPr>
      <w:r w:rsidRPr="00C93B25">
        <w:rPr>
          <w:rFonts w:cs="Arial"/>
          <w:lang w:val="pl-PL"/>
        </w:rPr>
        <w:t xml:space="preserve">UWAGA - W trakcie różnego rodzaju imprez organizowanych lub współorganizowanych w związku z działalnością Instytucji dokonujemy rejestracji Państwa wizerunku. Wskazujemy, że zgodnie z art. 81 ust. 2 pkt. 2 ustawy z dnia 4 lutego 1994 r. o prawie autorskim i prawach pokrewnych, rozpowszechnianie wizerunku stanowiącego jedynie szczegół całości w/w imprez nie wymaga Państwa zgody na publikacje. Przez wykorzystanie stanowiące jedynie szczegół całości rozumie się w szczególności te ujęcia, na których występują Państwo w tłumie, jak również ujęcia, na których występują Państwo samodzielnie, jednak sposób rejestracji (tj. np. kąt kamery, czas trwania ujęcia) nie pozwala w rozsądnym zakresie przyjąć, że wizerunek stanowi główny lub podstawowy element tego ujęcia (np. krótka migawka pokazująca specyficzną rolę, jaką odgrywają Państwo w danej imprezie). </w:t>
      </w:r>
    </w:p>
    <w:tbl>
      <w:tblPr>
        <w:tblpPr w:leftFromText="141" w:rightFromText="141" w:vertAnchor="text" w:horzAnchor="margin" w:tblpY="-59"/>
        <w:tblW w:w="5006" w:type="pct"/>
        <w:tblLook w:val="04A0" w:firstRow="1" w:lastRow="0" w:firstColumn="1" w:lastColumn="0" w:noHBand="0" w:noVBand="1"/>
      </w:tblPr>
      <w:tblGrid>
        <w:gridCol w:w="3217"/>
        <w:gridCol w:w="264"/>
        <w:gridCol w:w="666"/>
        <w:gridCol w:w="666"/>
        <w:gridCol w:w="666"/>
        <w:gridCol w:w="666"/>
        <w:gridCol w:w="666"/>
        <w:gridCol w:w="666"/>
        <w:gridCol w:w="666"/>
        <w:gridCol w:w="666"/>
        <w:gridCol w:w="666"/>
        <w:gridCol w:w="666"/>
        <w:gridCol w:w="657"/>
        <w:gridCol w:w="15"/>
      </w:tblGrid>
      <w:tr w:rsidR="004B3F90" w:rsidRPr="00C93B25" w14:paraId="744EB677" w14:textId="77777777" w:rsidTr="00895508">
        <w:tc>
          <w:tcPr>
            <w:tcW w:w="1487" w:type="pct"/>
            <w:shd w:val="clear" w:color="auto" w:fill="F2F2F2" w:themeFill="background1" w:themeFillShade="F2"/>
          </w:tcPr>
          <w:p w14:paraId="7D4A5272" w14:textId="77777777" w:rsidR="004B3F90" w:rsidRPr="00C93B25" w:rsidRDefault="004B3F90" w:rsidP="00895508">
            <w:pPr>
              <w:tabs>
                <w:tab w:val="right" w:pos="9072"/>
              </w:tabs>
              <w:spacing w:before="240" w:after="0"/>
              <w:jc w:val="center"/>
              <w:rPr>
                <w:rFonts w:cs="Arial"/>
              </w:rPr>
            </w:pPr>
            <w:r w:rsidRPr="00C93B25">
              <w:rPr>
                <w:rFonts w:cs="Arial"/>
              </w:rPr>
              <w:t xml:space="preserve">Data </w:t>
            </w:r>
            <w:proofErr w:type="spellStart"/>
            <w:r w:rsidRPr="00C93B25">
              <w:rPr>
                <w:rFonts w:cs="Arial"/>
              </w:rPr>
              <w:t>zgody</w:t>
            </w:r>
            <w:proofErr w:type="spellEnd"/>
          </w:p>
        </w:tc>
        <w:tc>
          <w:tcPr>
            <w:tcW w:w="122" w:type="pct"/>
            <w:tcBorders>
              <w:right w:val="single" w:sz="4" w:space="0" w:color="auto"/>
            </w:tcBorders>
          </w:tcPr>
          <w:p w14:paraId="2749E025" w14:textId="77777777" w:rsidR="004B3F90" w:rsidRPr="00C93B25" w:rsidRDefault="004B3F90" w:rsidP="00895508">
            <w:pPr>
              <w:tabs>
                <w:tab w:val="right" w:pos="9072"/>
              </w:tabs>
              <w:spacing w:before="240" w:after="0"/>
              <w:jc w:val="both"/>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5828A150" w14:textId="77777777" w:rsidR="004B3F90" w:rsidRPr="00C93B25" w:rsidRDefault="004B3F90" w:rsidP="00895508">
            <w:pPr>
              <w:tabs>
                <w:tab w:val="right" w:pos="9072"/>
              </w:tabs>
              <w:spacing w:before="240" w:after="0"/>
              <w:jc w:val="center"/>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29C16AE8" w14:textId="77777777" w:rsidR="004B3F90" w:rsidRPr="00C93B25" w:rsidRDefault="004B3F90" w:rsidP="00895508">
            <w:pPr>
              <w:tabs>
                <w:tab w:val="right" w:pos="9072"/>
              </w:tabs>
              <w:spacing w:before="240" w:after="0"/>
              <w:jc w:val="center"/>
              <w:rPr>
                <w:rFonts w:cs="Arial"/>
              </w:rPr>
            </w:pPr>
          </w:p>
        </w:tc>
        <w:tc>
          <w:tcPr>
            <w:tcW w:w="308" w:type="pct"/>
            <w:tcBorders>
              <w:left w:val="single" w:sz="4" w:space="0" w:color="auto"/>
              <w:right w:val="single" w:sz="4" w:space="0" w:color="auto"/>
            </w:tcBorders>
            <w:shd w:val="clear" w:color="auto" w:fill="F2F2F2" w:themeFill="background1" w:themeFillShade="F2"/>
          </w:tcPr>
          <w:p w14:paraId="7C2F0EE2" w14:textId="77777777" w:rsidR="004B3F90" w:rsidRPr="00C93B25" w:rsidRDefault="004B3F90" w:rsidP="00895508">
            <w:pPr>
              <w:tabs>
                <w:tab w:val="right" w:pos="9072"/>
              </w:tabs>
              <w:spacing w:before="240" w:after="0"/>
              <w:jc w:val="center"/>
              <w:rPr>
                <w:rFonts w:cs="Arial"/>
              </w:rPr>
            </w:pPr>
            <w:r w:rsidRPr="00C93B25">
              <w:rPr>
                <w:rFonts w:cs="Arial"/>
              </w:rPr>
              <w:t>/</w:t>
            </w:r>
          </w:p>
        </w:tc>
        <w:tc>
          <w:tcPr>
            <w:tcW w:w="308" w:type="pct"/>
            <w:tcBorders>
              <w:top w:val="single" w:sz="4" w:space="0" w:color="auto"/>
              <w:left w:val="single" w:sz="4" w:space="0" w:color="auto"/>
              <w:bottom w:val="single" w:sz="4" w:space="0" w:color="auto"/>
              <w:right w:val="single" w:sz="4" w:space="0" w:color="auto"/>
            </w:tcBorders>
            <w:vAlign w:val="center"/>
          </w:tcPr>
          <w:p w14:paraId="345AF4AE" w14:textId="77777777" w:rsidR="004B3F90" w:rsidRPr="00C93B25" w:rsidRDefault="004B3F90" w:rsidP="00895508">
            <w:pPr>
              <w:tabs>
                <w:tab w:val="right" w:pos="9072"/>
              </w:tabs>
              <w:spacing w:before="240" w:after="0"/>
              <w:jc w:val="center"/>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2069855D" w14:textId="77777777" w:rsidR="004B3F90" w:rsidRPr="00C93B25" w:rsidRDefault="004B3F90" w:rsidP="00895508">
            <w:pPr>
              <w:tabs>
                <w:tab w:val="right" w:pos="9072"/>
              </w:tabs>
              <w:spacing w:before="240" w:after="0"/>
              <w:jc w:val="center"/>
              <w:rPr>
                <w:rFonts w:cs="Arial"/>
              </w:rPr>
            </w:pPr>
          </w:p>
        </w:tc>
        <w:tc>
          <w:tcPr>
            <w:tcW w:w="308" w:type="pct"/>
            <w:tcBorders>
              <w:left w:val="single" w:sz="4" w:space="0" w:color="auto"/>
            </w:tcBorders>
            <w:shd w:val="clear" w:color="auto" w:fill="F2F2F2" w:themeFill="background1" w:themeFillShade="F2"/>
            <w:vAlign w:val="center"/>
          </w:tcPr>
          <w:p w14:paraId="0B2E0593" w14:textId="77777777" w:rsidR="004B3F90" w:rsidRPr="00C93B25" w:rsidRDefault="004B3F90" w:rsidP="00895508">
            <w:pPr>
              <w:tabs>
                <w:tab w:val="right" w:pos="9072"/>
              </w:tabs>
              <w:spacing w:before="240" w:after="0"/>
              <w:jc w:val="center"/>
              <w:rPr>
                <w:rFonts w:cs="Arial"/>
              </w:rPr>
            </w:pPr>
            <w:r w:rsidRPr="00C93B25">
              <w:rPr>
                <w:rFonts w:cs="Arial"/>
              </w:rPr>
              <w:t>/</w:t>
            </w:r>
          </w:p>
        </w:tc>
        <w:tc>
          <w:tcPr>
            <w:tcW w:w="308" w:type="pct"/>
            <w:shd w:val="clear" w:color="auto" w:fill="F2F2F2" w:themeFill="background1" w:themeFillShade="F2"/>
            <w:vAlign w:val="center"/>
          </w:tcPr>
          <w:p w14:paraId="7F988222" w14:textId="77777777" w:rsidR="004B3F90" w:rsidRPr="00C93B25" w:rsidRDefault="004B3F90" w:rsidP="00895508">
            <w:pPr>
              <w:tabs>
                <w:tab w:val="right" w:pos="9072"/>
              </w:tabs>
              <w:spacing w:before="240" w:after="0"/>
              <w:jc w:val="center"/>
              <w:rPr>
                <w:rFonts w:cs="Arial"/>
              </w:rPr>
            </w:pPr>
            <w:r w:rsidRPr="00C93B25">
              <w:rPr>
                <w:rFonts w:cs="Arial"/>
              </w:rPr>
              <w:t>2</w:t>
            </w:r>
          </w:p>
        </w:tc>
        <w:tc>
          <w:tcPr>
            <w:tcW w:w="308" w:type="pct"/>
            <w:tcBorders>
              <w:right w:val="single" w:sz="4" w:space="0" w:color="auto"/>
            </w:tcBorders>
            <w:shd w:val="clear" w:color="auto" w:fill="F2F2F2" w:themeFill="background1" w:themeFillShade="F2"/>
            <w:vAlign w:val="center"/>
          </w:tcPr>
          <w:p w14:paraId="18C5593A" w14:textId="77777777" w:rsidR="004B3F90" w:rsidRPr="00C93B25" w:rsidRDefault="004B3F90" w:rsidP="00895508">
            <w:pPr>
              <w:tabs>
                <w:tab w:val="right" w:pos="9072"/>
              </w:tabs>
              <w:spacing w:before="240" w:after="0"/>
              <w:jc w:val="center"/>
              <w:rPr>
                <w:rFonts w:cs="Arial"/>
              </w:rPr>
            </w:pPr>
            <w:r w:rsidRPr="00C93B25">
              <w:rPr>
                <w:rFonts w:cs="Arial"/>
              </w:rPr>
              <w:t>0</w:t>
            </w:r>
          </w:p>
        </w:tc>
        <w:tc>
          <w:tcPr>
            <w:tcW w:w="308" w:type="pct"/>
            <w:tcBorders>
              <w:top w:val="single" w:sz="4" w:space="0" w:color="auto"/>
              <w:left w:val="single" w:sz="4" w:space="0" w:color="auto"/>
              <w:bottom w:val="single" w:sz="4" w:space="0" w:color="auto"/>
              <w:right w:val="single" w:sz="4" w:space="0" w:color="auto"/>
            </w:tcBorders>
            <w:vAlign w:val="center"/>
          </w:tcPr>
          <w:p w14:paraId="65FCB7BF" w14:textId="77777777" w:rsidR="004B3F90" w:rsidRPr="00C93B25" w:rsidRDefault="004B3F90" w:rsidP="00895508">
            <w:pPr>
              <w:tabs>
                <w:tab w:val="right" w:pos="9072"/>
              </w:tabs>
              <w:spacing w:before="240" w:after="0"/>
              <w:jc w:val="center"/>
              <w:rPr>
                <w:rFonts w:cs="Arial"/>
              </w:rPr>
            </w:pPr>
          </w:p>
        </w:tc>
        <w:tc>
          <w:tcPr>
            <w:tcW w:w="308" w:type="pct"/>
            <w:tcBorders>
              <w:top w:val="single" w:sz="4" w:space="0" w:color="auto"/>
              <w:left w:val="single" w:sz="4" w:space="0" w:color="auto"/>
              <w:bottom w:val="single" w:sz="4" w:space="0" w:color="auto"/>
              <w:right w:val="single" w:sz="4" w:space="0" w:color="auto"/>
            </w:tcBorders>
            <w:vAlign w:val="center"/>
          </w:tcPr>
          <w:p w14:paraId="2B2204A3" w14:textId="77777777" w:rsidR="004B3F90" w:rsidRPr="00C93B25" w:rsidRDefault="004B3F90" w:rsidP="00895508">
            <w:pPr>
              <w:tabs>
                <w:tab w:val="right" w:pos="9072"/>
              </w:tabs>
              <w:spacing w:before="240" w:after="0"/>
              <w:jc w:val="center"/>
              <w:rPr>
                <w:rFonts w:cs="Arial"/>
              </w:rPr>
            </w:pPr>
          </w:p>
        </w:tc>
        <w:tc>
          <w:tcPr>
            <w:tcW w:w="308" w:type="pct"/>
            <w:gridSpan w:val="2"/>
            <w:tcBorders>
              <w:left w:val="single" w:sz="4" w:space="0" w:color="auto"/>
            </w:tcBorders>
            <w:shd w:val="clear" w:color="auto" w:fill="F2F2F2" w:themeFill="background1" w:themeFillShade="F2"/>
            <w:vAlign w:val="center"/>
          </w:tcPr>
          <w:p w14:paraId="5318AA6B" w14:textId="77777777" w:rsidR="004B3F90" w:rsidRPr="00C93B25" w:rsidRDefault="004B3F90" w:rsidP="00895508">
            <w:pPr>
              <w:tabs>
                <w:tab w:val="right" w:pos="9072"/>
              </w:tabs>
              <w:spacing w:before="240" w:after="0"/>
              <w:jc w:val="center"/>
              <w:rPr>
                <w:rFonts w:cs="Arial"/>
              </w:rPr>
            </w:pPr>
            <w:r w:rsidRPr="00C93B25">
              <w:rPr>
                <w:rFonts w:cs="Arial"/>
              </w:rPr>
              <w:t>r.</w:t>
            </w:r>
          </w:p>
        </w:tc>
      </w:tr>
      <w:tr w:rsidR="004B3F90" w:rsidRPr="00C93B25" w14:paraId="4BBBCDA0" w14:textId="77777777" w:rsidTr="00895508">
        <w:tc>
          <w:tcPr>
            <w:tcW w:w="1487" w:type="pct"/>
          </w:tcPr>
          <w:p w14:paraId="0ABAED24" w14:textId="77777777" w:rsidR="004B3F90" w:rsidRPr="00C93B25" w:rsidRDefault="004B3F90" w:rsidP="00895508">
            <w:pPr>
              <w:tabs>
                <w:tab w:val="right" w:pos="9072"/>
              </w:tabs>
              <w:spacing w:before="240" w:after="0"/>
              <w:jc w:val="center"/>
              <w:rPr>
                <w:rFonts w:cs="Arial"/>
              </w:rPr>
            </w:pPr>
          </w:p>
        </w:tc>
        <w:tc>
          <w:tcPr>
            <w:tcW w:w="122" w:type="pct"/>
          </w:tcPr>
          <w:p w14:paraId="402845EF" w14:textId="77777777" w:rsidR="004B3F90" w:rsidRPr="00C93B25" w:rsidRDefault="004B3F90" w:rsidP="00895508">
            <w:pPr>
              <w:tabs>
                <w:tab w:val="right" w:pos="9072"/>
              </w:tabs>
              <w:spacing w:before="240" w:after="0"/>
              <w:jc w:val="both"/>
              <w:rPr>
                <w:rFonts w:cs="Arial"/>
              </w:rPr>
            </w:pPr>
          </w:p>
        </w:tc>
        <w:tc>
          <w:tcPr>
            <w:tcW w:w="3391" w:type="pct"/>
            <w:gridSpan w:val="12"/>
          </w:tcPr>
          <w:p w14:paraId="640FC314" w14:textId="77777777" w:rsidR="004B3F90" w:rsidRPr="00C93B25" w:rsidRDefault="004B3F90" w:rsidP="00895508">
            <w:pPr>
              <w:tabs>
                <w:tab w:val="right" w:pos="9072"/>
              </w:tabs>
              <w:spacing w:before="240" w:after="0"/>
              <w:jc w:val="both"/>
              <w:rPr>
                <w:rFonts w:cs="Arial"/>
              </w:rPr>
            </w:pPr>
          </w:p>
        </w:tc>
      </w:tr>
      <w:tr w:rsidR="004B3F90" w:rsidRPr="00C93B25" w14:paraId="44D848FF" w14:textId="77777777" w:rsidTr="00895508">
        <w:trPr>
          <w:gridAfter w:val="1"/>
          <w:wAfter w:w="7" w:type="pct"/>
        </w:trPr>
        <w:tc>
          <w:tcPr>
            <w:tcW w:w="1487" w:type="pct"/>
            <w:shd w:val="clear" w:color="auto" w:fill="F2F2F2" w:themeFill="background1" w:themeFillShade="F2"/>
          </w:tcPr>
          <w:p w14:paraId="7ECC5A86" w14:textId="77777777" w:rsidR="004B3F90" w:rsidRPr="00C93B25" w:rsidRDefault="004B3F90" w:rsidP="00895508">
            <w:pPr>
              <w:tabs>
                <w:tab w:val="right" w:pos="9072"/>
              </w:tabs>
              <w:spacing w:before="240" w:after="0"/>
              <w:jc w:val="center"/>
              <w:rPr>
                <w:rFonts w:cs="Arial"/>
              </w:rPr>
            </w:pPr>
            <w:proofErr w:type="spellStart"/>
            <w:r w:rsidRPr="00C93B25">
              <w:rPr>
                <w:rFonts w:cs="Arial"/>
              </w:rPr>
              <w:t>Wyrażam</w:t>
            </w:r>
            <w:proofErr w:type="spellEnd"/>
            <w:r w:rsidRPr="00C93B25">
              <w:rPr>
                <w:rFonts w:cs="Arial"/>
              </w:rPr>
              <w:t xml:space="preserve">/y </w:t>
            </w:r>
            <w:proofErr w:type="spellStart"/>
            <w:r w:rsidRPr="00C93B25">
              <w:rPr>
                <w:rFonts w:cs="Arial"/>
              </w:rPr>
              <w:t>zgodę</w:t>
            </w:r>
            <w:proofErr w:type="spellEnd"/>
          </w:p>
        </w:tc>
        <w:tc>
          <w:tcPr>
            <w:tcW w:w="122" w:type="pct"/>
          </w:tcPr>
          <w:p w14:paraId="00B9BA00" w14:textId="77777777" w:rsidR="004B3F90" w:rsidRPr="00C93B25" w:rsidRDefault="004B3F90" w:rsidP="00895508">
            <w:pPr>
              <w:tabs>
                <w:tab w:val="right" w:pos="9072"/>
              </w:tabs>
              <w:spacing w:before="240" w:after="0"/>
              <w:jc w:val="both"/>
              <w:rPr>
                <w:rFonts w:cs="Arial"/>
              </w:rPr>
            </w:pPr>
          </w:p>
        </w:tc>
        <w:tc>
          <w:tcPr>
            <w:tcW w:w="3384" w:type="pct"/>
            <w:gridSpan w:val="11"/>
            <w:tcBorders>
              <w:bottom w:val="single" w:sz="4" w:space="0" w:color="auto"/>
            </w:tcBorders>
          </w:tcPr>
          <w:p w14:paraId="70213417" w14:textId="77777777" w:rsidR="004B3F90" w:rsidRPr="00C93B25" w:rsidRDefault="004B3F90" w:rsidP="00895508">
            <w:pPr>
              <w:tabs>
                <w:tab w:val="right" w:pos="9072"/>
              </w:tabs>
              <w:spacing w:before="240" w:after="0"/>
              <w:jc w:val="both"/>
              <w:rPr>
                <w:rFonts w:cs="Arial"/>
              </w:rPr>
            </w:pPr>
          </w:p>
        </w:tc>
      </w:tr>
    </w:tbl>
    <w:p w14:paraId="38754092" w14:textId="77777777" w:rsidR="004B3F90" w:rsidRPr="00C93B25" w:rsidRDefault="004B3F90" w:rsidP="004B3F90">
      <w:pPr>
        <w:tabs>
          <w:tab w:val="left" w:pos="2835"/>
          <w:tab w:val="right" w:pos="9072"/>
        </w:tabs>
        <w:spacing w:before="240" w:after="0" w:line="240" w:lineRule="auto"/>
        <w:ind w:right="425"/>
        <w:rPr>
          <w:rFonts w:cs="Arial"/>
          <w:i/>
        </w:rPr>
      </w:pPr>
      <w:r w:rsidRPr="00C93B25">
        <w:rPr>
          <w:rFonts w:cs="Arial"/>
          <w:i/>
        </w:rPr>
        <w:t>*</w:t>
      </w:r>
      <w:proofErr w:type="spellStart"/>
      <w:r w:rsidRPr="00C93B25">
        <w:rPr>
          <w:rFonts w:cs="Arial"/>
          <w:i/>
        </w:rPr>
        <w:t>Niepotrzebne</w:t>
      </w:r>
      <w:proofErr w:type="spellEnd"/>
      <w:r w:rsidRPr="00C93B25">
        <w:rPr>
          <w:rFonts w:cs="Arial"/>
          <w:i/>
        </w:rPr>
        <w:t xml:space="preserve"> </w:t>
      </w:r>
      <w:proofErr w:type="spellStart"/>
      <w:r w:rsidRPr="00C93B25">
        <w:rPr>
          <w:rFonts w:cs="Arial"/>
          <w:i/>
        </w:rPr>
        <w:t>skreślić</w:t>
      </w:r>
      <w:proofErr w:type="spellEnd"/>
      <w:r w:rsidRPr="00C93B25">
        <w:rPr>
          <w:rFonts w:cs="Arial"/>
          <w:i/>
        </w:rPr>
        <w:t xml:space="preserve"> / </w:t>
      </w:r>
      <w:proofErr w:type="spellStart"/>
      <w:r w:rsidRPr="00C93B25">
        <w:rPr>
          <w:rFonts w:cs="Arial"/>
          <w:i/>
        </w:rPr>
        <w:t>uzupełnić</w:t>
      </w:r>
      <w:proofErr w:type="spellEnd"/>
    </w:p>
    <w:p w14:paraId="053AE407" w14:textId="77777777" w:rsidR="004B3F90" w:rsidRPr="00C93B25" w:rsidRDefault="004B3F90" w:rsidP="004B3F90">
      <w:pPr>
        <w:tabs>
          <w:tab w:val="left" w:pos="2835"/>
          <w:tab w:val="right" w:pos="9072"/>
        </w:tabs>
        <w:spacing w:before="240" w:after="0"/>
        <w:ind w:right="425"/>
        <w:rPr>
          <w:rFonts w:cs="Arial"/>
          <w:i/>
        </w:rPr>
      </w:pPr>
      <w:r w:rsidRPr="00C93B25">
        <w:rPr>
          <w:rFonts w:cs="Arial"/>
          <w:iCs/>
        </w:rPr>
        <w:t>________________________________________________________________________________________________________</w:t>
      </w:r>
    </w:p>
    <w:p w14:paraId="3F4AA2DB" w14:textId="77777777" w:rsidR="004B3F90" w:rsidRPr="00C93B25" w:rsidRDefault="004B3F90" w:rsidP="004B3F90">
      <w:pPr>
        <w:spacing w:after="0"/>
        <w:ind w:left="-284" w:firstLine="284"/>
        <w:rPr>
          <w:rFonts w:cs="Arial"/>
          <w:b/>
          <w:bCs/>
          <w:iCs/>
          <w:lang w:val="pl-PL"/>
        </w:rPr>
      </w:pPr>
      <w:r w:rsidRPr="00C93B25">
        <w:rPr>
          <w:rFonts w:cs="Arial"/>
          <w:iCs/>
          <w:lang w:val="pl-PL"/>
        </w:rPr>
        <w:t>KLAUZULA INFORMACYJNA O ZASADACH PRZETWARZANIA DANYCH OSOBOWYCH</w:t>
      </w:r>
    </w:p>
    <w:p w14:paraId="2D567BE2" w14:textId="77777777" w:rsidR="004B3F90" w:rsidRPr="00C93B25" w:rsidRDefault="004B3F90" w:rsidP="004B3F90">
      <w:pPr>
        <w:spacing w:after="0"/>
        <w:rPr>
          <w:rFonts w:cs="Arial"/>
          <w:b/>
          <w:bCs/>
          <w:iCs/>
          <w:lang w:val="pl-PL"/>
        </w:rPr>
      </w:pPr>
      <w:r w:rsidRPr="00C93B25">
        <w:rPr>
          <w:rFonts w:cs="Arial"/>
          <w:iCs/>
          <w:lang w:val="pl-PL"/>
        </w:rPr>
        <w:t>TEMAT: ZGODA NA UTRWALANIE I PRZETWARZANIE WIZERUNKU</w:t>
      </w:r>
    </w:p>
    <w:p w14:paraId="69DB5C26"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lastRenderedPageBreak/>
        <w:t xml:space="preserve">Kto wykorzystuje dane (Administrator, Instytucja): Gmina Lesko, reprezentowana przez Burmistrza Miasta i Gminy Lesko. </w:t>
      </w:r>
    </w:p>
    <w:p w14:paraId="1F6B0FD9"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 xml:space="preserve">Kontakt: ul. Parkowa 1, 38-600 Lesko, gmina@lesko.pl. </w:t>
      </w:r>
    </w:p>
    <w:p w14:paraId="694BBCD7"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Pytania, wnioski do Inspektora ochrony danych osobowych: iod@lesko.pl.</w:t>
      </w:r>
    </w:p>
    <w:p w14:paraId="1998691D"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 xml:space="preserve">Cel wykorzystania: w zależności od Państwa woli dane osobowe, o których mowa w treści zgody, to albo wyłącznie utrwalony wizerunek albo - w zależności od wskazanego celu - wizerunek wraz z imieniem, nazwiskiem, grupy. Dane te mogą być wykorzystywane do promowania różnego rodzaju osiągnięć, do celów pamiątkowych oraz do promocji Instytucji lub wyłącznie do niektórych z tych celów.   </w:t>
      </w:r>
    </w:p>
    <w:p w14:paraId="07052B52"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Podstawa prawna: Przetwarzanie wizerunku odbywa się na podstawie Państwa dobrowolnej zgody (art. 6 ust. 1 lit. a RODO). W zakresie publikacji, gdzie wizerunek jest jedynie szczegółem całości (imprezy publiczne), podstawą jest art. 81 ust. 2 pkt 2 ustawy o prawie autorskim i prawach pokrewnych (art. 6 ust. 1 lit. e RODO).</w:t>
      </w:r>
    </w:p>
    <w:p w14:paraId="6C5B9B97"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 xml:space="preserve">Kto może otrzymać dane: Państwa dane osobowe otrzyma podmiot zapewniający funkcjonowanie naszej strony internetowej, a także stron internetowych Leskiego Centrum Edukacji i Sportu i Leskiego Przedsiębiorstwa Komunalnego Sp. z o.o. oraz współpracujące z nami drukarnie oraz właściwe portale społecznościowego na zasadach dotyczących danych określonych przez dostawców tych portali, Leskie Centrum Edukacji i Sportu, Leskie Przedsiębiorstwo Komunalne Sp. z o.o. a także potencjalnie nieograniczony krąg osób mających dostęp do medium, w którym umieszczono wizerunek. </w:t>
      </w:r>
    </w:p>
    <w:p w14:paraId="116CCF8B"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Okres przechowywania: dane osobowe będziemy wykorzystywać od momentu wyrażenia niniejszej zgody do momentu jej odwołania albo wcześniejszego usunięcia danych. Wyjątek stanowią sytuacje, w których okres przechowywania nośników danych, na których utrwalono Państwa wizerunek wynika z przepisów prawa oraz z Jednolitego Rzeczowego Wykazu Akt obowiązującego w naszej placówce.</w:t>
      </w:r>
    </w:p>
    <w:p w14:paraId="1662B954"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 xml:space="preserve">Przysługujące prawa: prawo do dostępu do danych osobowych, prawo do ich sprostowania, usunięcia lub ograniczenia przetwarzania, prawo do wycofania udzielonej zgody w dowolnym momencie, prawo do wniesienia skargi do Prezesa Urzędu Ochrony Danych Osobowych.  </w:t>
      </w:r>
    </w:p>
    <w:p w14:paraId="646C76F9"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 xml:space="preserve">Przekazywanie danych poza Europejski Obszar Gospodarczy (EOG): korzystanie przez Instytucję z portali społecznościowych takich jak Facebook, Instagram (Meta </w:t>
      </w:r>
      <w:proofErr w:type="spellStart"/>
      <w:r w:rsidRPr="00C93B25">
        <w:rPr>
          <w:rFonts w:cs="Arial"/>
          <w:lang w:val="pl-PL"/>
        </w:rPr>
        <w:t>Platforms</w:t>
      </w:r>
      <w:proofErr w:type="spellEnd"/>
      <w:r w:rsidRPr="00C93B25">
        <w:rPr>
          <w:rFonts w:cs="Arial"/>
          <w:lang w:val="pl-PL"/>
        </w:rPr>
        <w:t>, Inc.)</w:t>
      </w:r>
      <w:r w:rsidRPr="00C93B25">
        <w:rPr>
          <w:rFonts w:cs="Arial"/>
          <w:b/>
          <w:bCs/>
          <w:lang w:val="pl-PL"/>
        </w:rPr>
        <w:t xml:space="preserve"> </w:t>
      </w:r>
      <w:r w:rsidRPr="00C93B25">
        <w:rPr>
          <w:rFonts w:cs="Arial"/>
          <w:lang w:val="pl-PL"/>
        </w:rPr>
        <w:t xml:space="preserve">oraz </w:t>
      </w:r>
      <w:proofErr w:type="spellStart"/>
      <w:r w:rsidRPr="00C93B25">
        <w:rPr>
          <w:rFonts w:cs="Arial"/>
          <w:lang w:val="pl-PL"/>
        </w:rPr>
        <w:t>TikTok</w:t>
      </w:r>
      <w:proofErr w:type="spellEnd"/>
      <w:r w:rsidRPr="00C93B25">
        <w:rPr>
          <w:rFonts w:cs="Arial"/>
          <w:lang w:val="pl-PL"/>
        </w:rPr>
        <w:t xml:space="preserve"> (</w:t>
      </w:r>
      <w:proofErr w:type="spellStart"/>
      <w:r w:rsidRPr="00C93B25">
        <w:rPr>
          <w:rFonts w:cs="Arial"/>
          <w:lang w:val="pl-PL"/>
        </w:rPr>
        <w:t>ByteDance</w:t>
      </w:r>
      <w:proofErr w:type="spellEnd"/>
      <w:r w:rsidRPr="00C93B25">
        <w:rPr>
          <w:rFonts w:cs="Arial"/>
          <w:lang w:val="pl-PL"/>
        </w:rPr>
        <w:t xml:space="preserve"> Ltd.) wiąże się z przesyłaniem danych osobowych (wizerunku) do państw trzecich, w tym do USA. Podstawą prawną przekazywania danych jest fakt, iż dostawcy tych portali stosują odpowiednie zabezpieczenia, w tym Standardowe Klauzule Umowne zatwierdzone przez Komisję Europejską lub decyzje stwierdzające odpowiedni stopień ochrony danych (np. Data </w:t>
      </w:r>
      <w:proofErr w:type="spellStart"/>
      <w:r w:rsidRPr="00C93B25">
        <w:rPr>
          <w:rFonts w:cs="Arial"/>
          <w:lang w:val="pl-PL"/>
        </w:rPr>
        <w:t>Privacy</w:t>
      </w:r>
      <w:proofErr w:type="spellEnd"/>
      <w:r w:rsidRPr="00C93B25">
        <w:rPr>
          <w:rFonts w:cs="Arial"/>
          <w:lang w:val="pl-PL"/>
        </w:rPr>
        <w:t xml:space="preserve"> Framework w przypadku podmiotów z USA wpisanych na stosowną listę). Przepisy państw trzecich mogą nie zapewniać poziomu ochrony danych osobowych równoważnego z RODO. Akceptując publikację wizerunku w tych mediach, godzą się Państwo na zasady przetwarzania określone w regulaminach tych portali, na które Administrator nie ma wpływu. Więcej informacji o zasadach ochrony prywatności można znaleźć bezpośrednio na stronach tych serwisów.</w:t>
      </w:r>
    </w:p>
    <w:p w14:paraId="301D15C9" w14:textId="77777777" w:rsidR="004B3F90" w:rsidRPr="00C93B25" w:rsidRDefault="004B3F90" w:rsidP="004B3F90">
      <w:pPr>
        <w:numPr>
          <w:ilvl w:val="0"/>
          <w:numId w:val="13"/>
        </w:numPr>
        <w:spacing w:after="0"/>
        <w:ind w:left="426"/>
        <w:rPr>
          <w:rFonts w:cs="Arial"/>
          <w:b/>
          <w:bCs/>
          <w:lang w:val="pl-PL"/>
        </w:rPr>
      </w:pPr>
      <w:r w:rsidRPr="00C93B25">
        <w:rPr>
          <w:rFonts w:cs="Arial"/>
          <w:lang w:val="pl-PL"/>
        </w:rPr>
        <w:t xml:space="preserve">Czy muszę podać dane: podanie danych jest dobrowolne. </w:t>
      </w:r>
    </w:p>
    <w:p w14:paraId="66D98600" w14:textId="77777777" w:rsidR="004B3F90" w:rsidRPr="00C93B25" w:rsidRDefault="004B3F90" w:rsidP="004B3F90">
      <w:pPr>
        <w:numPr>
          <w:ilvl w:val="0"/>
          <w:numId w:val="13"/>
        </w:numPr>
        <w:spacing w:after="0"/>
        <w:ind w:left="426"/>
        <w:jc w:val="both"/>
        <w:rPr>
          <w:rFonts w:cs="Arial"/>
          <w:b/>
          <w:bCs/>
        </w:rPr>
      </w:pPr>
      <w:proofErr w:type="spellStart"/>
      <w:r w:rsidRPr="00C93B25">
        <w:rPr>
          <w:rFonts w:cs="Arial"/>
        </w:rPr>
        <w:t>Konsekwencje</w:t>
      </w:r>
      <w:proofErr w:type="spellEnd"/>
      <w:r w:rsidRPr="00C93B25">
        <w:rPr>
          <w:rFonts w:cs="Arial"/>
        </w:rPr>
        <w:t xml:space="preserve"> </w:t>
      </w:r>
      <w:proofErr w:type="spellStart"/>
      <w:r w:rsidRPr="00C93B25">
        <w:rPr>
          <w:rFonts w:cs="Arial"/>
        </w:rPr>
        <w:t>niepodania</w:t>
      </w:r>
      <w:proofErr w:type="spellEnd"/>
      <w:r w:rsidRPr="00C93B25">
        <w:rPr>
          <w:rFonts w:cs="Arial"/>
        </w:rPr>
        <w:t xml:space="preserve"> </w:t>
      </w:r>
      <w:proofErr w:type="spellStart"/>
      <w:r w:rsidRPr="00C93B25">
        <w:rPr>
          <w:rFonts w:cs="Arial"/>
        </w:rPr>
        <w:t>danych</w:t>
      </w:r>
      <w:proofErr w:type="spellEnd"/>
      <w:r w:rsidRPr="00C93B25">
        <w:rPr>
          <w:rFonts w:cs="Arial"/>
        </w:rPr>
        <w:t xml:space="preserve">: </w:t>
      </w:r>
      <w:proofErr w:type="spellStart"/>
      <w:r w:rsidRPr="00C93B25">
        <w:rPr>
          <w:rFonts w:cs="Arial"/>
        </w:rPr>
        <w:t>brak</w:t>
      </w:r>
      <w:proofErr w:type="spellEnd"/>
      <w:r w:rsidRPr="00C93B25">
        <w:rPr>
          <w:rFonts w:cs="Arial"/>
        </w:rPr>
        <w:t xml:space="preserve">. </w:t>
      </w:r>
    </w:p>
    <w:p w14:paraId="41F6A0DE" w14:textId="77777777" w:rsidR="004B3F90" w:rsidRPr="00C93B25" w:rsidRDefault="004B3F90" w:rsidP="004B3F90">
      <w:pPr>
        <w:numPr>
          <w:ilvl w:val="0"/>
          <w:numId w:val="13"/>
        </w:numPr>
        <w:spacing w:after="0"/>
        <w:ind w:left="426"/>
        <w:jc w:val="both"/>
        <w:rPr>
          <w:rFonts w:cs="Arial"/>
          <w:b/>
          <w:bCs/>
          <w:lang w:val="pl-PL"/>
        </w:rPr>
      </w:pPr>
      <w:r w:rsidRPr="00C93B25">
        <w:rPr>
          <w:rFonts w:cs="Arial"/>
          <w:lang w:val="pl-PL"/>
        </w:rPr>
        <w:t>Zautomatyzowane przetwarzanie, profilowanie: nie dotyczy.</w:t>
      </w:r>
    </w:p>
    <w:p w14:paraId="29D54B75" w14:textId="77777777" w:rsidR="0038742E" w:rsidRPr="00C93B25" w:rsidRDefault="0038742E" w:rsidP="004B3F90">
      <w:pPr>
        <w:spacing w:after="40"/>
        <w:jc w:val="right"/>
        <w:rPr>
          <w:rFonts w:cs="Arial"/>
          <w:lang w:val="pl-PL"/>
        </w:rPr>
      </w:pPr>
    </w:p>
    <w:sectPr w:rsidR="0038742E" w:rsidRPr="00C93B25" w:rsidSect="003874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00040754"/>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3E33CD7"/>
    <w:multiLevelType w:val="hybridMultilevel"/>
    <w:tmpl w:val="79DA23FA"/>
    <w:lvl w:ilvl="0" w:tplc="FFFFFFFF">
      <w:start w:val="1"/>
      <w:numFmt w:val="lowerLetter"/>
      <w:lvlText w:val="%1)"/>
      <w:lvlJc w:val="left"/>
      <w:pPr>
        <w:ind w:left="720" w:hanging="360"/>
      </w:pPr>
    </w:lvl>
    <w:lvl w:ilvl="1" w:tplc="B5F04CDC">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F96F0B"/>
    <w:multiLevelType w:val="multilevel"/>
    <w:tmpl w:val="20D84B6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1CD00FEE"/>
    <w:multiLevelType w:val="hybridMultilevel"/>
    <w:tmpl w:val="366E69BE"/>
    <w:lvl w:ilvl="0" w:tplc="23DAB2F8">
      <w:start w:val="1"/>
      <w:numFmt w:val="lowerLetter"/>
      <w:lvlText w:val="%1)"/>
      <w:lvlJc w:val="left"/>
      <w:pPr>
        <w:ind w:left="717" w:hanging="360"/>
      </w:pPr>
      <w:rPr>
        <w:rFonts w:hint="default"/>
        <w:i w:val="0"/>
        <w:iCs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20D24DF6"/>
    <w:multiLevelType w:val="multilevel"/>
    <w:tmpl w:val="E89E770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AF0A1A"/>
    <w:multiLevelType w:val="hybridMultilevel"/>
    <w:tmpl w:val="7EC25262"/>
    <w:lvl w:ilvl="0" w:tplc="04022140">
      <w:start w:val="1"/>
      <w:numFmt w:val="decimal"/>
      <w:lvlText w:val="%1."/>
      <w:lvlJc w:val="left"/>
      <w:pPr>
        <w:ind w:left="720" w:hanging="360"/>
      </w:pPr>
      <w:rPr>
        <w:rFonts w:ascii="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7B3920"/>
    <w:multiLevelType w:val="multilevel"/>
    <w:tmpl w:val="D43484C4"/>
    <w:lvl w:ilvl="0">
      <w:start w:val="1"/>
      <w:numFmt w:val="lowerLetter"/>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504B07"/>
    <w:multiLevelType w:val="hybridMultilevel"/>
    <w:tmpl w:val="41027CC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3682668">
    <w:abstractNumId w:val="8"/>
  </w:num>
  <w:num w:numId="2" w16cid:durableId="432938219">
    <w:abstractNumId w:val="6"/>
  </w:num>
  <w:num w:numId="3" w16cid:durableId="1855998050">
    <w:abstractNumId w:val="5"/>
  </w:num>
  <w:num w:numId="4" w16cid:durableId="1384598107">
    <w:abstractNumId w:val="4"/>
  </w:num>
  <w:num w:numId="5" w16cid:durableId="2009941939">
    <w:abstractNumId w:val="7"/>
  </w:num>
  <w:num w:numId="6" w16cid:durableId="636496427">
    <w:abstractNumId w:val="3"/>
  </w:num>
  <w:num w:numId="7" w16cid:durableId="973676721">
    <w:abstractNumId w:val="2"/>
  </w:num>
  <w:num w:numId="8" w16cid:durableId="1823962463">
    <w:abstractNumId w:val="1"/>
  </w:num>
  <w:num w:numId="9" w16cid:durableId="1712220219">
    <w:abstractNumId w:val="0"/>
  </w:num>
  <w:num w:numId="10" w16cid:durableId="1219587058">
    <w:abstractNumId w:val="7"/>
  </w:num>
  <w:num w:numId="11" w16cid:durableId="880938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3823102">
    <w:abstractNumId w:val="12"/>
  </w:num>
  <w:num w:numId="13" w16cid:durableId="1063454450">
    <w:abstractNumId w:val="13"/>
  </w:num>
  <w:num w:numId="14" w16cid:durableId="185750102">
    <w:abstractNumId w:val="15"/>
  </w:num>
  <w:num w:numId="15" w16cid:durableId="454373606">
    <w:abstractNumId w:val="11"/>
  </w:num>
  <w:num w:numId="16" w16cid:durableId="918054259">
    <w:abstractNumId w:val="9"/>
  </w:num>
  <w:num w:numId="17" w16cid:durableId="930435153">
    <w:abstractNumId w:val="14"/>
  </w:num>
  <w:num w:numId="18" w16cid:durableId="2064602299">
    <w:abstractNumId w:val="7"/>
    <w:lvlOverride w:ilvl="0">
      <w:startOverride w:val="1"/>
    </w:lvlOverride>
  </w:num>
  <w:num w:numId="19" w16cid:durableId="1796409585">
    <w:abstractNumId w:val="7"/>
    <w:lvlOverride w:ilvl="0">
      <w:startOverride w:val="1"/>
    </w:lvlOverride>
  </w:num>
  <w:num w:numId="20" w16cid:durableId="26064438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F22"/>
    <w:rsid w:val="00034616"/>
    <w:rsid w:val="0006063C"/>
    <w:rsid w:val="000D3468"/>
    <w:rsid w:val="0015074B"/>
    <w:rsid w:val="00171807"/>
    <w:rsid w:val="001A43D5"/>
    <w:rsid w:val="001A6B14"/>
    <w:rsid w:val="001F02D6"/>
    <w:rsid w:val="0029639D"/>
    <w:rsid w:val="00302DA3"/>
    <w:rsid w:val="00326F90"/>
    <w:rsid w:val="003273A4"/>
    <w:rsid w:val="0035242A"/>
    <w:rsid w:val="00364B3D"/>
    <w:rsid w:val="00372895"/>
    <w:rsid w:val="00377779"/>
    <w:rsid w:val="0038742E"/>
    <w:rsid w:val="003B7706"/>
    <w:rsid w:val="003D44A5"/>
    <w:rsid w:val="004B3F90"/>
    <w:rsid w:val="005153D8"/>
    <w:rsid w:val="005569A3"/>
    <w:rsid w:val="005B3CD1"/>
    <w:rsid w:val="00732E2E"/>
    <w:rsid w:val="00767CDB"/>
    <w:rsid w:val="007B2ABF"/>
    <w:rsid w:val="007C645F"/>
    <w:rsid w:val="008257F3"/>
    <w:rsid w:val="008A0B6D"/>
    <w:rsid w:val="008B3200"/>
    <w:rsid w:val="008C404F"/>
    <w:rsid w:val="008E562C"/>
    <w:rsid w:val="00953B70"/>
    <w:rsid w:val="00993884"/>
    <w:rsid w:val="009C0ACE"/>
    <w:rsid w:val="00A059D1"/>
    <w:rsid w:val="00A178CF"/>
    <w:rsid w:val="00A51252"/>
    <w:rsid w:val="00A57DAE"/>
    <w:rsid w:val="00A75BAD"/>
    <w:rsid w:val="00AA1D8D"/>
    <w:rsid w:val="00AD48E5"/>
    <w:rsid w:val="00AE17AA"/>
    <w:rsid w:val="00B22119"/>
    <w:rsid w:val="00B261EA"/>
    <w:rsid w:val="00B47730"/>
    <w:rsid w:val="00B721F9"/>
    <w:rsid w:val="00B97041"/>
    <w:rsid w:val="00BB6694"/>
    <w:rsid w:val="00C314C9"/>
    <w:rsid w:val="00C4585C"/>
    <w:rsid w:val="00C84F2E"/>
    <w:rsid w:val="00C93B25"/>
    <w:rsid w:val="00CB0664"/>
    <w:rsid w:val="00CB0DEE"/>
    <w:rsid w:val="00CE359F"/>
    <w:rsid w:val="00CE5C29"/>
    <w:rsid w:val="00D31DF3"/>
    <w:rsid w:val="00D64B55"/>
    <w:rsid w:val="00E14E92"/>
    <w:rsid w:val="00E41989"/>
    <w:rsid w:val="00E64AD1"/>
    <w:rsid w:val="00E67C18"/>
    <w:rsid w:val="00E87E25"/>
    <w:rsid w:val="00EA51E0"/>
    <w:rsid w:val="00EE36E6"/>
    <w:rsid w:val="00F272A3"/>
    <w:rsid w:val="00F65ADE"/>
    <w:rsid w:val="00FC693F"/>
    <w:rsid w:val="00FD0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4937E0"/>
  <w14:defaultImageDpi w14:val="300"/>
  <w15:docId w15:val="{33D76251-B0F4-4E75-8B3E-87930F96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3B25"/>
    <w:rPr>
      <w:rFonts w:ascii="Arial" w:hAnsi="Aria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oprawka">
    <w:name w:val="Revision"/>
    <w:hidden/>
    <w:uiPriority w:val="99"/>
    <w:semiHidden/>
    <w:rsid w:val="00FD0CA0"/>
    <w:pPr>
      <w:spacing w:after="0" w:line="240" w:lineRule="auto"/>
    </w:pPr>
    <w:rPr>
      <w:rFonts w:ascii="Arial" w:hAnsi="Arial"/>
    </w:rPr>
  </w:style>
  <w:style w:type="character" w:customStyle="1" w:styleId="normaltextrun">
    <w:name w:val="normaltextrun"/>
    <w:basedOn w:val="Domylnaczcionkaakapitu"/>
    <w:rsid w:val="00C93B25"/>
  </w:style>
  <w:style w:type="character" w:styleId="Hipercze">
    <w:name w:val="Hyperlink"/>
    <w:basedOn w:val="Domylnaczcionkaakapitu"/>
    <w:uiPriority w:val="99"/>
    <w:unhideWhenUsed/>
    <w:rsid w:val="005153D8"/>
    <w:rPr>
      <w:color w:val="0000FF" w:themeColor="hyperlink"/>
      <w:u w:val="single"/>
    </w:rPr>
  </w:style>
  <w:style w:type="character" w:styleId="Nierozpoznanawzmianka">
    <w:name w:val="Unresolved Mention"/>
    <w:basedOn w:val="Domylnaczcionkaakapitu"/>
    <w:uiPriority w:val="99"/>
    <w:semiHidden/>
    <w:unhideWhenUsed/>
    <w:rsid w:val="00515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4038</Words>
  <Characters>24232</Characters>
  <Application>Microsoft Office Word</Application>
  <DocSecurity>0</DocSecurity>
  <Lines>201</Lines>
  <Paragraphs>56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Sabina Orłowska</cp:lastModifiedBy>
  <cp:revision>4</cp:revision>
  <dcterms:created xsi:type="dcterms:W3CDTF">2026-09-08T10:36:00Z</dcterms:created>
  <dcterms:modified xsi:type="dcterms:W3CDTF">2026-09-09T09:41:00Z</dcterms:modified>
  <cp:category/>
</cp:coreProperties>
</file>